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17" w:type="dxa"/>
        <w:tblInd w:w="-1134" w:type="dxa"/>
        <w:tblLook w:val="0000" w:firstRow="0" w:lastRow="0" w:firstColumn="0" w:lastColumn="0" w:noHBand="0" w:noVBand="0"/>
      </w:tblPr>
      <w:tblGrid>
        <w:gridCol w:w="4422"/>
        <w:gridCol w:w="5695"/>
      </w:tblGrid>
      <w:tr w:rsidR="00A372E6" w:rsidRPr="008A4E26" w14:paraId="7EE6C921" w14:textId="77777777" w:rsidTr="008A4E26">
        <w:tc>
          <w:tcPr>
            <w:tcW w:w="4422" w:type="dxa"/>
          </w:tcPr>
          <w:p w14:paraId="33A5D791" w14:textId="77777777" w:rsidR="00A059F9" w:rsidRPr="008A4E26" w:rsidRDefault="00A059F9" w:rsidP="00955653">
            <w:pPr>
              <w:jc w:val="center"/>
              <w:rPr>
                <w:rFonts w:cs="Times New Roman"/>
                <w:b/>
                <w:bCs/>
                <w:szCs w:val="26"/>
              </w:rPr>
            </w:pPr>
            <w:r w:rsidRPr="008A4E26">
              <w:rPr>
                <w:rFonts w:cs="Times New Roman"/>
                <w:b/>
                <w:bCs/>
                <w:szCs w:val="26"/>
              </w:rPr>
              <w:t>ỦY BAN NHÂN DÂN</w:t>
            </w:r>
          </w:p>
        </w:tc>
        <w:tc>
          <w:tcPr>
            <w:tcW w:w="5695" w:type="dxa"/>
          </w:tcPr>
          <w:p w14:paraId="7C4BB189" w14:textId="77777777" w:rsidR="00A059F9" w:rsidRPr="008A4E26" w:rsidRDefault="00A059F9" w:rsidP="00955653">
            <w:pPr>
              <w:jc w:val="center"/>
              <w:rPr>
                <w:rFonts w:cs="Times New Roman"/>
                <w:b/>
                <w:bCs/>
                <w:szCs w:val="26"/>
              </w:rPr>
            </w:pPr>
            <w:r w:rsidRPr="008A4E26">
              <w:rPr>
                <w:rFonts w:cs="Times New Roman"/>
                <w:b/>
                <w:bCs/>
                <w:szCs w:val="26"/>
              </w:rPr>
              <w:t>CỘNG HOÀ XÃ HỘI CHỦ NGHĨA VIỆT NAM</w:t>
            </w:r>
          </w:p>
        </w:tc>
      </w:tr>
      <w:tr w:rsidR="00A372E6" w:rsidRPr="008A4E26" w14:paraId="68690AA5" w14:textId="77777777" w:rsidTr="008A4E26">
        <w:tc>
          <w:tcPr>
            <w:tcW w:w="4422" w:type="dxa"/>
          </w:tcPr>
          <w:p w14:paraId="76BEFAA2" w14:textId="77777777" w:rsidR="00A059F9" w:rsidRPr="008A4E26" w:rsidRDefault="00A059F9" w:rsidP="00955653">
            <w:pPr>
              <w:jc w:val="center"/>
              <w:rPr>
                <w:rFonts w:cs="Times New Roman"/>
                <w:b/>
                <w:bCs/>
                <w:spacing w:val="-20"/>
                <w:szCs w:val="26"/>
              </w:rPr>
            </w:pPr>
            <w:r w:rsidRPr="008A4E26">
              <w:rPr>
                <w:rFonts w:cs="Times New Roman"/>
                <w:noProof/>
                <w:szCs w:val="26"/>
              </w:rPr>
              <mc:AlternateContent>
                <mc:Choice Requires="wps">
                  <w:drawing>
                    <wp:anchor distT="4294967295" distB="4294967295" distL="114300" distR="114300" simplePos="0" relativeHeight="251658240" behindDoc="0" locked="0" layoutInCell="1" allowOverlap="1" wp14:anchorId="73DFC09C" wp14:editId="61D8188C">
                      <wp:simplePos x="0" y="0"/>
                      <wp:positionH relativeFrom="column">
                        <wp:posOffset>1115695</wp:posOffset>
                      </wp:positionH>
                      <wp:positionV relativeFrom="paragraph">
                        <wp:posOffset>237490</wp:posOffset>
                      </wp:positionV>
                      <wp:extent cx="5143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507E4"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85pt,18.7pt" to="128.3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nj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m+dM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"/>
                  </w:pict>
                </mc:Fallback>
              </mc:AlternateContent>
            </w:r>
            <w:r w:rsidRPr="008A4E26">
              <w:rPr>
                <w:rFonts w:cs="Times New Roman"/>
                <w:b/>
                <w:bCs/>
                <w:spacing w:val="-20"/>
                <w:szCs w:val="26"/>
              </w:rPr>
              <w:t>TỈNH PHÚ THỌ</w:t>
            </w:r>
          </w:p>
        </w:tc>
        <w:tc>
          <w:tcPr>
            <w:tcW w:w="5695" w:type="dxa"/>
          </w:tcPr>
          <w:p w14:paraId="17A21E9A" w14:textId="77777777" w:rsidR="00A059F9" w:rsidRPr="008A4E26" w:rsidRDefault="00A059F9" w:rsidP="00955653">
            <w:pPr>
              <w:jc w:val="center"/>
              <w:rPr>
                <w:rFonts w:cs="Times New Roman"/>
                <w:b/>
                <w:bCs/>
                <w:sz w:val="28"/>
                <w:szCs w:val="26"/>
              </w:rPr>
            </w:pPr>
            <w:r w:rsidRPr="008A4E26">
              <w:rPr>
                <w:rFonts w:cs="Times New Roman"/>
                <w:b/>
                <w:bCs/>
                <w:sz w:val="28"/>
                <w:szCs w:val="26"/>
              </w:rPr>
              <w:t>Độc lập - Tự do - Hạnh phúc</w:t>
            </w:r>
          </w:p>
          <w:p w14:paraId="417CB643" w14:textId="77777777" w:rsidR="00A059F9" w:rsidRPr="008A4E26" w:rsidRDefault="00A059F9" w:rsidP="00955653">
            <w:pPr>
              <w:jc w:val="center"/>
              <w:rPr>
                <w:rFonts w:cs="Times New Roman"/>
                <w:b/>
                <w:bCs/>
                <w:szCs w:val="26"/>
              </w:rPr>
            </w:pPr>
            <w:r w:rsidRPr="008A4E26">
              <w:rPr>
                <w:rFonts w:cs="Times New Roman"/>
                <w:noProof/>
                <w:szCs w:val="26"/>
              </w:rPr>
              <mc:AlternateContent>
                <mc:Choice Requires="wps">
                  <w:drawing>
                    <wp:anchor distT="4294967295" distB="4294967295" distL="114300" distR="114300" simplePos="0" relativeHeight="251656192" behindDoc="0" locked="0" layoutInCell="1" allowOverlap="1" wp14:anchorId="478EF481" wp14:editId="1E3D76D5">
                      <wp:simplePos x="0" y="0"/>
                      <wp:positionH relativeFrom="margin">
                        <wp:posOffset>749300</wp:posOffset>
                      </wp:positionH>
                      <wp:positionV relativeFrom="paragraph">
                        <wp:posOffset>31750</wp:posOffset>
                      </wp:positionV>
                      <wp:extent cx="198000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90F8C"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9pt,2.5pt" to="214.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">
                      <w10:wrap anchorx="margin"/>
                    </v:line>
                  </w:pict>
                </mc:Fallback>
              </mc:AlternateContent>
            </w:r>
          </w:p>
        </w:tc>
      </w:tr>
      <w:tr w:rsidR="00A372E6" w:rsidRPr="008A4E26" w14:paraId="37AEA8F3" w14:textId="77777777" w:rsidTr="008A4E26">
        <w:tc>
          <w:tcPr>
            <w:tcW w:w="4422" w:type="dxa"/>
          </w:tcPr>
          <w:p w14:paraId="0A49F6A4" w14:textId="2036D40D" w:rsidR="00A059F9" w:rsidRPr="008A4E26" w:rsidRDefault="00A059F9" w:rsidP="00160013">
            <w:pPr>
              <w:jc w:val="center"/>
              <w:rPr>
                <w:rFonts w:cs="Times New Roman"/>
                <w:szCs w:val="26"/>
              </w:rPr>
            </w:pPr>
            <w:r w:rsidRPr="008A4E26">
              <w:rPr>
                <w:rFonts w:cs="Times New Roman"/>
                <w:szCs w:val="26"/>
              </w:rPr>
              <w:t>Số:</w:t>
            </w:r>
            <w:r w:rsidR="00160013" w:rsidRPr="008A4E26">
              <w:rPr>
                <w:rFonts w:cs="Times New Roman"/>
                <w:szCs w:val="26"/>
              </w:rPr>
              <w:t xml:space="preserve"> 2737</w:t>
            </w:r>
            <w:r w:rsidRPr="008A4E26">
              <w:rPr>
                <w:rFonts w:cs="Times New Roman"/>
                <w:szCs w:val="26"/>
              </w:rPr>
              <w:t>/QĐ-UBND</w:t>
            </w:r>
          </w:p>
        </w:tc>
        <w:tc>
          <w:tcPr>
            <w:tcW w:w="5695" w:type="dxa"/>
          </w:tcPr>
          <w:p w14:paraId="52879D69" w14:textId="139BB49E" w:rsidR="00A059F9" w:rsidRPr="008A4E26" w:rsidRDefault="00A059F9" w:rsidP="00160013">
            <w:pPr>
              <w:pStyle w:val="Heading1"/>
              <w:spacing w:before="0" w:line="240" w:lineRule="auto"/>
              <w:jc w:val="center"/>
              <w:rPr>
                <w:rFonts w:ascii="Times New Roman" w:hAnsi="Times New Roman" w:cs="Times New Roman"/>
                <w:b w:val="0"/>
                <w:i/>
                <w:color w:val="auto"/>
                <w:sz w:val="26"/>
                <w:szCs w:val="26"/>
              </w:rPr>
            </w:pPr>
            <w:r w:rsidRPr="008A4E26">
              <w:rPr>
                <w:rFonts w:ascii="Times New Roman" w:hAnsi="Times New Roman" w:cs="Times New Roman"/>
                <w:b w:val="0"/>
                <w:i/>
                <w:color w:val="auto"/>
                <w:sz w:val="26"/>
                <w:szCs w:val="26"/>
              </w:rPr>
              <w:t xml:space="preserve">Phú Thọ, ngày </w:t>
            </w:r>
            <w:r w:rsidR="00160013" w:rsidRPr="008A4E26">
              <w:rPr>
                <w:rFonts w:ascii="Times New Roman" w:hAnsi="Times New Roman" w:cs="Times New Roman"/>
                <w:b w:val="0"/>
                <w:i/>
                <w:color w:val="auto"/>
                <w:sz w:val="26"/>
                <w:szCs w:val="26"/>
              </w:rPr>
              <w:t>18</w:t>
            </w:r>
            <w:r w:rsidRPr="008A4E26">
              <w:rPr>
                <w:rFonts w:ascii="Times New Roman" w:hAnsi="Times New Roman" w:cs="Times New Roman"/>
                <w:b w:val="0"/>
                <w:i/>
                <w:color w:val="auto"/>
                <w:sz w:val="26"/>
                <w:szCs w:val="26"/>
              </w:rPr>
              <w:t xml:space="preserve"> tháng </w:t>
            </w:r>
            <w:r w:rsidR="00160013" w:rsidRPr="008A4E26">
              <w:rPr>
                <w:rFonts w:ascii="Times New Roman" w:hAnsi="Times New Roman" w:cs="Times New Roman"/>
                <w:b w:val="0"/>
                <w:i/>
                <w:color w:val="auto"/>
                <w:sz w:val="26"/>
                <w:szCs w:val="26"/>
              </w:rPr>
              <w:t>8</w:t>
            </w:r>
            <w:r w:rsidRPr="008A4E26">
              <w:rPr>
                <w:rFonts w:ascii="Times New Roman" w:hAnsi="Times New Roman" w:cs="Times New Roman"/>
                <w:b w:val="0"/>
                <w:i/>
                <w:color w:val="auto"/>
                <w:sz w:val="26"/>
                <w:szCs w:val="26"/>
              </w:rPr>
              <w:t xml:space="preserve"> năm 2026</w:t>
            </w:r>
          </w:p>
        </w:tc>
      </w:tr>
    </w:tbl>
    <w:p w14:paraId="4DE87031" w14:textId="77777777" w:rsidR="000521D3" w:rsidRPr="008A4E26" w:rsidRDefault="0045231D" w:rsidP="00F30ECE">
      <w:pPr>
        <w:spacing w:before="240"/>
        <w:jc w:val="center"/>
        <w:rPr>
          <w:rFonts w:cs="Times New Roman"/>
          <w:sz w:val="28"/>
          <w:szCs w:val="28"/>
        </w:rPr>
      </w:pPr>
      <w:r w:rsidRPr="008A4E26">
        <w:rPr>
          <w:rFonts w:cs="Times New Roman"/>
          <w:b/>
          <w:sz w:val="28"/>
          <w:szCs w:val="28"/>
        </w:rPr>
        <w:t>QUYẾT ĐỊNH</w:t>
      </w:r>
    </w:p>
    <w:p w14:paraId="6924E17D" w14:textId="77777777" w:rsidR="005C4AA2" w:rsidRPr="008A4E26" w:rsidRDefault="0045231D" w:rsidP="005C4AA2">
      <w:pPr>
        <w:spacing w:line="240" w:lineRule="auto"/>
        <w:jc w:val="center"/>
        <w:rPr>
          <w:rFonts w:cs="Times New Roman"/>
          <w:b/>
          <w:sz w:val="28"/>
          <w:szCs w:val="28"/>
        </w:rPr>
      </w:pPr>
      <w:r w:rsidRPr="008A4E26">
        <w:rPr>
          <w:rFonts w:cs="Times New Roman"/>
          <w:b/>
          <w:sz w:val="28"/>
          <w:szCs w:val="28"/>
        </w:rPr>
        <w:t xml:space="preserve">Về việc ủy quyền cho Giám đốc Sở Văn hóa, Thể thao và Du lịch giải quyết </w:t>
      </w:r>
    </w:p>
    <w:p w14:paraId="61749AB1" w14:textId="77777777" w:rsidR="005318F6" w:rsidRPr="008A4E26" w:rsidRDefault="0045231D" w:rsidP="00E90269">
      <w:pPr>
        <w:spacing w:line="240" w:lineRule="auto"/>
        <w:jc w:val="center"/>
        <w:rPr>
          <w:rFonts w:cs="Times New Roman"/>
          <w:b/>
          <w:sz w:val="28"/>
          <w:szCs w:val="28"/>
        </w:rPr>
      </w:pPr>
      <w:r w:rsidRPr="008A4E26">
        <w:rPr>
          <w:rFonts w:cs="Times New Roman"/>
          <w:b/>
          <w:sz w:val="28"/>
          <w:szCs w:val="28"/>
        </w:rPr>
        <w:t xml:space="preserve">một số thủ tục hành chính trong các lĩnh vực báo chí; xuất bản, in và phát hành; phát thanh, truyền hình và thông tin điện tử thuộc thẩm quyền </w:t>
      </w:r>
    </w:p>
    <w:p w14:paraId="4F2EF6DC" w14:textId="122B65FE" w:rsidR="000521D3" w:rsidRPr="008A4E26" w:rsidRDefault="0045231D" w:rsidP="00E90269">
      <w:pPr>
        <w:spacing w:line="240" w:lineRule="auto"/>
        <w:jc w:val="center"/>
        <w:rPr>
          <w:rFonts w:cs="Times New Roman"/>
          <w:b/>
          <w:sz w:val="28"/>
          <w:szCs w:val="28"/>
        </w:rPr>
      </w:pPr>
      <w:r w:rsidRPr="008A4E26">
        <w:rPr>
          <w:rFonts w:cs="Times New Roman"/>
          <w:b/>
          <w:sz w:val="28"/>
          <w:szCs w:val="28"/>
        </w:rPr>
        <w:t>của Ủy ban nhân dân tỉnh</w:t>
      </w:r>
      <w:r w:rsidR="00722EC3" w:rsidRPr="008A4E26">
        <w:rPr>
          <w:rFonts w:cs="Times New Roman"/>
          <w:b/>
          <w:sz w:val="28"/>
          <w:szCs w:val="28"/>
        </w:rPr>
        <w:t xml:space="preserve"> Phú Thọ</w:t>
      </w:r>
    </w:p>
    <w:p w14:paraId="57C12366" w14:textId="77777777" w:rsidR="005C4AA2" w:rsidRPr="008A4E26" w:rsidRDefault="005C4AA2" w:rsidP="005C4AA2">
      <w:pPr>
        <w:spacing w:line="240" w:lineRule="auto"/>
        <w:jc w:val="center"/>
        <w:rPr>
          <w:rFonts w:cs="Times New Roman"/>
        </w:rPr>
      </w:pPr>
      <w:r w:rsidRPr="008A4E26">
        <w:rPr>
          <w:rFonts w:cs="Times New Roman"/>
          <w:noProof/>
        </w:rPr>
        <mc:AlternateContent>
          <mc:Choice Requires="wps">
            <w:drawing>
              <wp:anchor distT="4294967295" distB="4294967295" distL="114300" distR="114300" simplePos="0" relativeHeight="251659776" behindDoc="0" locked="0" layoutInCell="1" allowOverlap="1" wp14:anchorId="04DF949B" wp14:editId="6BF6D461">
                <wp:simplePos x="0" y="0"/>
                <wp:positionH relativeFrom="column">
                  <wp:posOffset>2312035</wp:posOffset>
                </wp:positionH>
                <wp:positionV relativeFrom="paragraph">
                  <wp:posOffset>53340</wp:posOffset>
                </wp:positionV>
                <wp:extent cx="1104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CBD1D" id="Straight Connector 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05pt,4.2pt" to="269.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R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"/>
            </w:pict>
          </mc:Fallback>
        </mc:AlternateContent>
      </w:r>
    </w:p>
    <w:p w14:paraId="3AE0C405" w14:textId="77777777" w:rsidR="000521D3" w:rsidRPr="008A4E26" w:rsidRDefault="0045231D" w:rsidP="00F30ECE">
      <w:pPr>
        <w:spacing w:before="240" w:after="120"/>
        <w:jc w:val="center"/>
        <w:rPr>
          <w:rFonts w:cs="Times New Roman"/>
          <w:sz w:val="28"/>
          <w:szCs w:val="28"/>
        </w:rPr>
      </w:pPr>
      <w:r w:rsidRPr="008A4E26">
        <w:rPr>
          <w:rFonts w:cs="Times New Roman"/>
          <w:b/>
          <w:sz w:val="28"/>
          <w:szCs w:val="28"/>
        </w:rPr>
        <w:t>ỦY BAN NHÂN DÂN TỈNH PHÚ THỌ</w:t>
      </w:r>
    </w:p>
    <w:p w14:paraId="5BCCD0F3" w14:textId="77777777" w:rsidR="000521D3" w:rsidRPr="008A4E26" w:rsidRDefault="0045231D" w:rsidP="00160013">
      <w:pPr>
        <w:spacing w:before="60" w:after="60" w:line="360" w:lineRule="exact"/>
        <w:ind w:firstLine="567"/>
        <w:jc w:val="both"/>
        <w:rPr>
          <w:rFonts w:cs="Times New Roman"/>
          <w:i/>
          <w:sz w:val="28"/>
          <w:szCs w:val="28"/>
        </w:rPr>
      </w:pPr>
      <w:r w:rsidRPr="008A4E26">
        <w:rPr>
          <w:rFonts w:cs="Times New Roman"/>
          <w:i/>
          <w:sz w:val="28"/>
          <w:szCs w:val="28"/>
        </w:rPr>
        <w:t>Căn cứ Luật Tổ chức chính quyền địa phương số 72/2025/QH15 ngày 16 tháng 6 năm 2025;</w:t>
      </w:r>
    </w:p>
    <w:p w14:paraId="5B78F203" w14:textId="77777777" w:rsidR="00EA1A84" w:rsidRPr="008A4E26" w:rsidRDefault="00EA1A84" w:rsidP="00160013">
      <w:pPr>
        <w:spacing w:before="60" w:after="60" w:line="360" w:lineRule="exact"/>
        <w:ind w:firstLine="567"/>
        <w:jc w:val="both"/>
        <w:rPr>
          <w:rFonts w:cs="Times New Roman"/>
          <w:i/>
          <w:sz w:val="28"/>
          <w:szCs w:val="28"/>
        </w:rPr>
      </w:pPr>
      <w:r w:rsidRPr="008A4E26">
        <w:rPr>
          <w:rFonts w:cs="Times New Roman"/>
          <w:i/>
          <w:sz w:val="28"/>
          <w:szCs w:val="28"/>
        </w:rPr>
        <w:t>Căn cứ Luật Báo chí số 126/2025/QH15 ngày 10 tháng 12 năm 2025;</w:t>
      </w:r>
    </w:p>
    <w:p w14:paraId="49E940F8" w14:textId="77777777" w:rsidR="007D31B5" w:rsidRPr="008A4E26" w:rsidRDefault="007D31B5" w:rsidP="00160013">
      <w:pPr>
        <w:spacing w:before="60" w:after="60" w:line="360" w:lineRule="exact"/>
        <w:ind w:firstLine="567"/>
        <w:jc w:val="both"/>
        <w:rPr>
          <w:rFonts w:cs="Times New Roman"/>
          <w:i/>
          <w:sz w:val="28"/>
          <w:szCs w:val="28"/>
        </w:rPr>
      </w:pPr>
      <w:r w:rsidRPr="008A4E26">
        <w:rPr>
          <w:rFonts w:cs="Times New Roman"/>
          <w:i/>
          <w:sz w:val="28"/>
          <w:szCs w:val="28"/>
        </w:rPr>
        <w:t>Căn cứ Luật Xuất bản số 19/2012/QH13</w:t>
      </w:r>
      <w:r w:rsidR="00FB34C2" w:rsidRPr="008A4E26">
        <w:rPr>
          <w:rFonts w:cs="Times New Roman"/>
          <w:i/>
          <w:sz w:val="28"/>
          <w:szCs w:val="28"/>
        </w:rPr>
        <w:t xml:space="preserve"> ngày 20 tháng 11 năm 2012; </w:t>
      </w:r>
    </w:p>
    <w:p w14:paraId="146E48CE"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Căn cứ Nghị quyết số 66.18/2026/NQ-CP ngày 18 tháng 5 năm 2026 của Chính phủ về phân quyền, cắt giảm, đơn giản hóa thủ tục hành chính, điều kiện kinh doanh;</w:t>
      </w:r>
    </w:p>
    <w:p w14:paraId="65EBD116" w14:textId="77777777" w:rsidR="000521D3" w:rsidRPr="008A4E26" w:rsidRDefault="0045231D" w:rsidP="00160013">
      <w:pPr>
        <w:spacing w:before="60" w:after="60" w:line="360" w:lineRule="exact"/>
        <w:ind w:firstLine="567"/>
        <w:jc w:val="both"/>
        <w:rPr>
          <w:rFonts w:cs="Times New Roman"/>
          <w:i/>
          <w:sz w:val="28"/>
          <w:szCs w:val="28"/>
        </w:rPr>
      </w:pPr>
      <w:r w:rsidRPr="008A4E26">
        <w:rPr>
          <w:rFonts w:cs="Times New Roman"/>
          <w:i/>
          <w:sz w:val="28"/>
          <w:szCs w:val="28"/>
        </w:rPr>
        <w:t>Căn cứ Nghị định số 138/2025/NĐ-CP ngày 12 tháng 6 năm 2025 của Chính phủ quy định về phân quyền, phân cấp trong lĩnh vực văn hóa, thể thao và du lịch;</w:t>
      </w:r>
    </w:p>
    <w:p w14:paraId="22C1396C" w14:textId="77777777" w:rsidR="007D6782" w:rsidRPr="008A4E26" w:rsidRDefault="007D6782" w:rsidP="00160013">
      <w:pPr>
        <w:spacing w:before="60" w:after="60" w:line="360" w:lineRule="exact"/>
        <w:ind w:firstLine="567"/>
        <w:jc w:val="both"/>
        <w:rPr>
          <w:rFonts w:cs="Times New Roman"/>
          <w:i/>
          <w:sz w:val="28"/>
          <w:szCs w:val="28"/>
        </w:rPr>
      </w:pPr>
      <w:r w:rsidRPr="008A4E26">
        <w:rPr>
          <w:rFonts w:cs="Times New Roman"/>
          <w:i/>
          <w:sz w:val="28"/>
          <w:szCs w:val="28"/>
        </w:rPr>
        <w:t>Căn cứ Nghị định số 242/2026/NĐ-CP ngày 26/6/2026 của Chính phủ quy định chi tiết một số điều và biện pháp thi hành Luật Báo chí về quản lý hoạt động phát thanh, truyền hình và dịch vụ phát thanh, truyền hình;</w:t>
      </w:r>
    </w:p>
    <w:p w14:paraId="69C4A472"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Căn cứ Thông tư số 10/2025/TT-BVHTTDL ngày 19 tháng 6 năm 2025 của Bộ trưởng Bộ Văn hóa, Thể thao và Du lịch hướng dẫn chức năng, nhiệm vụ, quyền hạn của Sở Văn hóa, Thể thao và Du lịch, Sở Văn hóa và Thể thao, Sở Du lịch thuộc Ủy ban nhân dân cấp tỉnh; chức năng, nhiệm vụ, quyền hạn của Phòng Văn hóa - Xã hội thuộc Ủy ban nhân dân cấp xã trong các lĩnh vực thuộc phạm vi quản lý nhà nước của Bộ Văn hóa, Thể thao và Du lịch;</w:t>
      </w:r>
    </w:p>
    <w:p w14:paraId="37E59CCE"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Căn cứ Thông tư số 09/2026/TT-BVHTTDL ngày 29 tháng 4 năm 2026 của Bộ trưởng Bộ Văn hóa, Thể thao và Du lịch quy định về phân cấp thủ tục hành chính thuộc thẩm quyền giải quyết của Bộ Văn hóa, Thể thao và Du lịch;</w:t>
      </w:r>
    </w:p>
    <w:p w14:paraId="7EBD5A2E"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Căn cứ Quyết định số 1122/QĐ-BVHTTDL ngày 15 tháng 5 năm 2026 của Bộ trưởng Bộ Văn hóa, Thể thao và Du lịch về việc công bố thủ tục hành chính được sửa đổi, bổ sung và bị bãi bỏ trong một số lĩnh vực thuộc phạm vi quản lý của Bộ Văn hóa, Thể thao và Du lịch;</w:t>
      </w:r>
    </w:p>
    <w:p w14:paraId="4139A4A0"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lastRenderedPageBreak/>
        <w:t>Căn cứ Quyết định số 1198/QĐ-BVHTTDL ngày 22 tháng 5 năm 2026 của Bộ trưởng Bộ Văn hóa, Thể thao và Du lịch về việc công bố thủ tục hành chính mới ban hành, được sửa đổi, bổ sung và bị bãi bỏ trong một số lĩnh vực thuộc phạm vi quản lý của Bộ Văn hóa, Thể thao và Du lịch;</w:t>
      </w:r>
    </w:p>
    <w:p w14:paraId="5B6D6929" w14:textId="77777777" w:rsidR="000521D3" w:rsidRPr="008A4E26" w:rsidRDefault="0045231D" w:rsidP="00160013">
      <w:pPr>
        <w:spacing w:before="60" w:after="60" w:line="360" w:lineRule="exact"/>
        <w:ind w:firstLine="567"/>
        <w:jc w:val="both"/>
        <w:rPr>
          <w:rFonts w:cs="Times New Roman"/>
          <w:i/>
          <w:sz w:val="28"/>
          <w:szCs w:val="28"/>
        </w:rPr>
      </w:pPr>
      <w:r w:rsidRPr="008A4E26">
        <w:rPr>
          <w:rFonts w:cs="Times New Roman"/>
          <w:i/>
          <w:sz w:val="28"/>
          <w:szCs w:val="28"/>
        </w:rPr>
        <w:t>Căn cứ Quyết định số 893/QĐ-BVHTTDL ngày 21 tháng 4 năm 2026 của Bộ trưởng Bộ Văn hóa, Thể thao và Du lịch về việc công bố thủ tục hành chính mới ban hành, được sửa đổi, bổ sung trong lĩnh vực xuất bản, in và phát hành thuộc phạm vi chức năng quản lý của Bộ Văn hóa, Thể thao và Du lịch;</w:t>
      </w:r>
    </w:p>
    <w:p w14:paraId="0F683E56" w14:textId="64240AA0" w:rsidR="00AD7F8B" w:rsidRPr="008A4E26" w:rsidRDefault="00AD7F8B" w:rsidP="00160013">
      <w:pPr>
        <w:spacing w:before="60" w:after="60" w:line="360" w:lineRule="exact"/>
        <w:ind w:firstLine="567"/>
        <w:jc w:val="both"/>
        <w:rPr>
          <w:rFonts w:cs="Times New Roman"/>
          <w:i/>
          <w:spacing w:val="-2"/>
          <w:sz w:val="28"/>
          <w:szCs w:val="28"/>
        </w:rPr>
      </w:pPr>
      <w:r w:rsidRPr="008A4E26">
        <w:rPr>
          <w:rFonts w:cs="Times New Roman"/>
          <w:i/>
          <w:spacing w:val="-2"/>
          <w:sz w:val="28"/>
          <w:szCs w:val="28"/>
        </w:rPr>
        <w:t>Căn cứ Quyết định số 1682/QĐ-UBND ngày 27</w:t>
      </w:r>
      <w:r w:rsidR="006F2E62" w:rsidRPr="008A4E26">
        <w:rPr>
          <w:rFonts w:cs="Times New Roman"/>
          <w:i/>
          <w:spacing w:val="-2"/>
          <w:sz w:val="28"/>
          <w:szCs w:val="28"/>
        </w:rPr>
        <w:t xml:space="preserve"> tháng </w:t>
      </w:r>
      <w:r w:rsidRPr="008A4E26">
        <w:rPr>
          <w:rFonts w:cs="Times New Roman"/>
          <w:i/>
          <w:spacing w:val="-2"/>
          <w:sz w:val="28"/>
          <w:szCs w:val="28"/>
        </w:rPr>
        <w:t>5</w:t>
      </w:r>
      <w:r w:rsidR="006F2E62" w:rsidRPr="008A4E26">
        <w:rPr>
          <w:rFonts w:cs="Times New Roman"/>
          <w:i/>
          <w:spacing w:val="-2"/>
          <w:sz w:val="28"/>
          <w:szCs w:val="28"/>
        </w:rPr>
        <w:t xml:space="preserve"> năm </w:t>
      </w:r>
      <w:r w:rsidRPr="008A4E26">
        <w:rPr>
          <w:rFonts w:cs="Times New Roman"/>
          <w:i/>
          <w:spacing w:val="-2"/>
          <w:sz w:val="28"/>
          <w:szCs w:val="28"/>
        </w:rPr>
        <w:t>2026 của U</w:t>
      </w:r>
      <w:r w:rsidR="00D01998" w:rsidRPr="008A4E26">
        <w:rPr>
          <w:rFonts w:cs="Times New Roman"/>
          <w:i/>
          <w:spacing w:val="-2"/>
          <w:sz w:val="28"/>
          <w:szCs w:val="28"/>
        </w:rPr>
        <w:t>ỷ ban nhân dân</w:t>
      </w:r>
      <w:r w:rsidRPr="008A4E26">
        <w:rPr>
          <w:rFonts w:cs="Times New Roman"/>
          <w:i/>
          <w:spacing w:val="-2"/>
          <w:sz w:val="28"/>
          <w:szCs w:val="28"/>
        </w:rPr>
        <w:t xml:space="preserve"> tỉnh Công bố Danh mục thủ tục hành chính mới ban hành, được sửa đổi, bổ sung trong lĩnh vực văn hoá, thể thao và du lịch thuộc thẩm quyền giải quyết của cấp tỉnh trên địa bàn tỉnh Phú Thọ;</w:t>
      </w:r>
    </w:p>
    <w:p w14:paraId="2D2C270F" w14:textId="76497340" w:rsidR="00AD7F8B" w:rsidRPr="008A4E26" w:rsidRDefault="00AD7F8B" w:rsidP="00160013">
      <w:pPr>
        <w:spacing w:before="60" w:after="60" w:line="360" w:lineRule="exact"/>
        <w:ind w:firstLine="567"/>
        <w:jc w:val="both"/>
        <w:rPr>
          <w:rFonts w:cs="Times New Roman"/>
          <w:i/>
          <w:sz w:val="28"/>
          <w:szCs w:val="28"/>
        </w:rPr>
      </w:pPr>
      <w:r w:rsidRPr="008A4E26">
        <w:rPr>
          <w:rFonts w:cs="Times New Roman"/>
          <w:i/>
          <w:sz w:val="28"/>
          <w:szCs w:val="28"/>
        </w:rPr>
        <w:t>Căn cứ Quyết định số 1839/QĐ-UBND ngày 09</w:t>
      </w:r>
      <w:r w:rsidR="00041E30" w:rsidRPr="008A4E26">
        <w:rPr>
          <w:rFonts w:cs="Times New Roman"/>
          <w:i/>
          <w:sz w:val="28"/>
          <w:szCs w:val="28"/>
        </w:rPr>
        <w:t xml:space="preserve"> tháng </w:t>
      </w:r>
      <w:r w:rsidRPr="008A4E26">
        <w:rPr>
          <w:rFonts w:cs="Times New Roman"/>
          <w:i/>
          <w:sz w:val="28"/>
          <w:szCs w:val="28"/>
        </w:rPr>
        <w:t>6</w:t>
      </w:r>
      <w:r w:rsidR="00041E30" w:rsidRPr="008A4E26">
        <w:rPr>
          <w:rFonts w:cs="Times New Roman"/>
          <w:i/>
          <w:sz w:val="28"/>
          <w:szCs w:val="28"/>
        </w:rPr>
        <w:t xml:space="preserve"> năm </w:t>
      </w:r>
      <w:r w:rsidRPr="008A4E26">
        <w:rPr>
          <w:rFonts w:cs="Times New Roman"/>
          <w:i/>
          <w:sz w:val="28"/>
          <w:szCs w:val="28"/>
        </w:rPr>
        <w:t>2026 của U</w:t>
      </w:r>
      <w:r w:rsidR="00D01998" w:rsidRPr="008A4E26">
        <w:rPr>
          <w:rFonts w:cs="Times New Roman"/>
          <w:i/>
          <w:sz w:val="28"/>
          <w:szCs w:val="28"/>
        </w:rPr>
        <w:t>ỷ ban nhân dân</w:t>
      </w:r>
      <w:r w:rsidRPr="008A4E26">
        <w:rPr>
          <w:rFonts w:cs="Times New Roman"/>
          <w:i/>
          <w:sz w:val="28"/>
          <w:szCs w:val="28"/>
        </w:rPr>
        <w:t xml:space="preserve"> tỉnh công bố </w:t>
      </w:r>
      <w:r w:rsidR="00871A36" w:rsidRPr="008A4E26">
        <w:rPr>
          <w:rFonts w:cs="Times New Roman"/>
          <w:i/>
          <w:sz w:val="28"/>
          <w:szCs w:val="28"/>
        </w:rPr>
        <w:t>Danh mục thủ tục hành chính mới ban hành</w:t>
      </w:r>
      <w:r w:rsidRPr="008A4E26">
        <w:rPr>
          <w:rFonts w:cs="Times New Roman"/>
          <w:i/>
          <w:sz w:val="28"/>
          <w:szCs w:val="28"/>
        </w:rPr>
        <w:t xml:space="preserve"> ban hành, được sửa đổi, bổ sung và bị bãi bỏ lĩnh vực văn hoá, thể thao và du lịch thuộc thẩm quyền giải quyết của các cấp chính quyền tỉnh Phú Thọ; </w:t>
      </w:r>
    </w:p>
    <w:p w14:paraId="11E33EAC" w14:textId="6397A203" w:rsidR="00AD7F8B" w:rsidRPr="008A4E26" w:rsidRDefault="00AD7F8B" w:rsidP="00160013">
      <w:pPr>
        <w:spacing w:before="60" w:after="60" w:line="360" w:lineRule="exact"/>
        <w:ind w:firstLine="567"/>
        <w:jc w:val="both"/>
        <w:rPr>
          <w:rFonts w:cs="Times New Roman"/>
          <w:i/>
          <w:sz w:val="28"/>
          <w:szCs w:val="28"/>
        </w:rPr>
      </w:pPr>
      <w:r w:rsidRPr="008A4E26">
        <w:rPr>
          <w:rFonts w:cs="Times New Roman"/>
          <w:i/>
          <w:sz w:val="28"/>
          <w:szCs w:val="28"/>
        </w:rPr>
        <w:t xml:space="preserve">Căn cứ Quyết định số 1418/QĐ-UBND ngày </w:t>
      </w:r>
      <w:r w:rsidR="00E469A3" w:rsidRPr="008A4E26">
        <w:rPr>
          <w:rFonts w:cs="Times New Roman"/>
          <w:i/>
          <w:sz w:val="28"/>
          <w:szCs w:val="28"/>
        </w:rPr>
        <w:t>0</w:t>
      </w:r>
      <w:r w:rsidRPr="008A4E26">
        <w:rPr>
          <w:rFonts w:cs="Times New Roman"/>
          <w:i/>
          <w:sz w:val="28"/>
          <w:szCs w:val="28"/>
        </w:rPr>
        <w:t>7</w:t>
      </w:r>
      <w:r w:rsidR="00041E30" w:rsidRPr="008A4E26">
        <w:rPr>
          <w:rFonts w:cs="Times New Roman"/>
          <w:i/>
          <w:sz w:val="28"/>
          <w:szCs w:val="28"/>
        </w:rPr>
        <w:t xml:space="preserve"> tháng </w:t>
      </w:r>
      <w:r w:rsidRPr="008A4E26">
        <w:rPr>
          <w:rFonts w:cs="Times New Roman"/>
          <w:i/>
          <w:sz w:val="28"/>
          <w:szCs w:val="28"/>
        </w:rPr>
        <w:t>5</w:t>
      </w:r>
      <w:r w:rsidR="00041E30" w:rsidRPr="008A4E26">
        <w:rPr>
          <w:rFonts w:cs="Times New Roman"/>
          <w:i/>
          <w:sz w:val="28"/>
          <w:szCs w:val="28"/>
        </w:rPr>
        <w:t xml:space="preserve"> năm </w:t>
      </w:r>
      <w:r w:rsidRPr="008A4E26">
        <w:rPr>
          <w:rFonts w:cs="Times New Roman"/>
          <w:i/>
          <w:sz w:val="28"/>
          <w:szCs w:val="28"/>
        </w:rPr>
        <w:t>2026 của U</w:t>
      </w:r>
      <w:r w:rsidR="00D01998" w:rsidRPr="008A4E26">
        <w:rPr>
          <w:rFonts w:cs="Times New Roman"/>
          <w:i/>
          <w:sz w:val="28"/>
          <w:szCs w:val="28"/>
        </w:rPr>
        <w:t>ỷ ban nhân dân</w:t>
      </w:r>
      <w:r w:rsidRPr="008A4E26">
        <w:rPr>
          <w:rFonts w:cs="Times New Roman"/>
          <w:i/>
          <w:sz w:val="28"/>
          <w:szCs w:val="28"/>
        </w:rPr>
        <w:t xml:space="preserve"> tỉnh về việc công bố thủ tục hành chính được sửa đổi, bổ sung và bị bãi bỏ trong lĩnh vực Xuất bản, In và Phát hành thuộc thẩm quyền giải quyết của cấp tỉnh trên địa bàn tỉnh Phú Thọ;</w:t>
      </w:r>
    </w:p>
    <w:p w14:paraId="55E80641" w14:textId="3966BA37" w:rsidR="00E469A3" w:rsidRPr="008A4E26" w:rsidRDefault="00E469A3" w:rsidP="00160013">
      <w:pPr>
        <w:spacing w:before="60" w:after="60" w:line="360" w:lineRule="exact"/>
        <w:ind w:firstLine="567"/>
        <w:jc w:val="both"/>
        <w:rPr>
          <w:rFonts w:cs="Times New Roman"/>
          <w:i/>
          <w:sz w:val="28"/>
          <w:szCs w:val="28"/>
        </w:rPr>
      </w:pPr>
      <w:r w:rsidRPr="008A4E26">
        <w:rPr>
          <w:rFonts w:cs="Times New Roman"/>
          <w:i/>
          <w:sz w:val="28"/>
          <w:szCs w:val="28"/>
        </w:rPr>
        <w:t>Căn cứ Quyết định số 1759/QĐ-BVHTTDL ngày 17</w:t>
      </w:r>
      <w:r w:rsidR="00041E30" w:rsidRPr="008A4E26">
        <w:rPr>
          <w:rFonts w:cs="Times New Roman"/>
          <w:i/>
          <w:sz w:val="28"/>
          <w:szCs w:val="28"/>
        </w:rPr>
        <w:t xml:space="preserve"> tháng </w:t>
      </w:r>
      <w:r w:rsidRPr="008A4E26">
        <w:rPr>
          <w:rFonts w:cs="Times New Roman"/>
          <w:i/>
          <w:sz w:val="28"/>
          <w:szCs w:val="28"/>
        </w:rPr>
        <w:t>7</w:t>
      </w:r>
      <w:r w:rsidR="00041E30" w:rsidRPr="008A4E26">
        <w:rPr>
          <w:rFonts w:cs="Times New Roman"/>
          <w:i/>
          <w:sz w:val="28"/>
          <w:szCs w:val="28"/>
        </w:rPr>
        <w:t xml:space="preserve"> năm </w:t>
      </w:r>
      <w:r w:rsidRPr="008A4E26">
        <w:rPr>
          <w:rFonts w:cs="Times New Roman"/>
          <w:i/>
          <w:sz w:val="28"/>
          <w:szCs w:val="28"/>
        </w:rPr>
        <w:t>2026 của Bộ trưởng Bộ Văn hoá, Thể thao và Du lịch về việc công bố thủ tục hành chính được sửa đổi, bổ sung trong lĩnh vực Phát thanh truyền hình và thông tin điện tử thuộc phạm vi chức năng quản lý của Bộ Văn hóa, Thể thao và Du lịch;</w:t>
      </w:r>
    </w:p>
    <w:p w14:paraId="4144C72D" w14:textId="77777777"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Căn cứ Quyết định số 04/2025/QĐ-UBND ngày 01 tháng 7 năm 2025 của Ủy ban nhân dân tỉnh Phú Thọ quy định chức năng, nhiệm vụ, quyền hạn và cơ cấu tổ chức của Sở Văn hóa, Thể thao và Du lịch tỉnh Phú Thọ;</w:t>
      </w:r>
    </w:p>
    <w:p w14:paraId="0699E1D8" w14:textId="26D03140" w:rsidR="000521D3" w:rsidRPr="008A4E26" w:rsidRDefault="0045231D" w:rsidP="00160013">
      <w:pPr>
        <w:spacing w:before="60" w:after="60" w:line="360" w:lineRule="exact"/>
        <w:ind w:firstLine="567"/>
        <w:jc w:val="both"/>
        <w:rPr>
          <w:rFonts w:cs="Times New Roman"/>
          <w:sz w:val="28"/>
          <w:szCs w:val="28"/>
        </w:rPr>
      </w:pPr>
      <w:r w:rsidRPr="008A4E26">
        <w:rPr>
          <w:rFonts w:cs="Times New Roman"/>
          <w:i/>
          <w:sz w:val="28"/>
          <w:szCs w:val="28"/>
        </w:rPr>
        <w:t xml:space="preserve">Theo đề nghị của Giám đốc Sở Văn hóa, Thể thao và Du lịch tại Tờ trình số </w:t>
      </w:r>
      <w:r w:rsidR="00D01998" w:rsidRPr="008A4E26">
        <w:rPr>
          <w:rFonts w:cs="Times New Roman"/>
          <w:i/>
          <w:sz w:val="28"/>
          <w:szCs w:val="28"/>
        </w:rPr>
        <w:t>218</w:t>
      </w:r>
      <w:r w:rsidRPr="008A4E26">
        <w:rPr>
          <w:rFonts w:cs="Times New Roman"/>
          <w:i/>
          <w:sz w:val="28"/>
          <w:szCs w:val="28"/>
        </w:rPr>
        <w:t>/TTr</w:t>
      </w:r>
      <w:r w:rsidR="00871A36" w:rsidRPr="008A4E26">
        <w:rPr>
          <w:rFonts w:cs="Times New Roman"/>
          <w:i/>
          <w:sz w:val="28"/>
          <w:szCs w:val="28"/>
        </w:rPr>
        <w:t>-</w:t>
      </w:r>
      <w:r w:rsidRPr="008A4E26">
        <w:rPr>
          <w:rFonts w:cs="Times New Roman"/>
          <w:i/>
          <w:sz w:val="28"/>
          <w:szCs w:val="28"/>
        </w:rPr>
        <w:t xml:space="preserve">SVHTTDL ngày </w:t>
      </w:r>
      <w:r w:rsidR="00D01998" w:rsidRPr="008A4E26">
        <w:rPr>
          <w:rFonts w:cs="Times New Roman"/>
          <w:i/>
          <w:sz w:val="28"/>
          <w:szCs w:val="28"/>
        </w:rPr>
        <w:t xml:space="preserve">04 </w:t>
      </w:r>
      <w:r w:rsidRPr="008A4E26">
        <w:rPr>
          <w:rFonts w:cs="Times New Roman"/>
          <w:i/>
          <w:sz w:val="28"/>
          <w:szCs w:val="28"/>
        </w:rPr>
        <w:t xml:space="preserve">tháng </w:t>
      </w:r>
      <w:r w:rsidR="00D01998" w:rsidRPr="008A4E26">
        <w:rPr>
          <w:rFonts w:cs="Times New Roman"/>
          <w:i/>
          <w:sz w:val="28"/>
          <w:szCs w:val="28"/>
        </w:rPr>
        <w:t xml:space="preserve">8 </w:t>
      </w:r>
      <w:r w:rsidRPr="008A4E26">
        <w:rPr>
          <w:rFonts w:cs="Times New Roman"/>
          <w:i/>
          <w:sz w:val="28"/>
          <w:szCs w:val="28"/>
        </w:rPr>
        <w:t>năm 2026</w:t>
      </w:r>
      <w:r w:rsidR="00F30ECE" w:rsidRPr="008A4E26">
        <w:rPr>
          <w:rFonts w:cs="Times New Roman"/>
          <w:i/>
          <w:sz w:val="28"/>
          <w:szCs w:val="28"/>
        </w:rPr>
        <w:t>, Văn bản số 4109/SVHTT&amp;DL-QLBCXB ngày 1</w:t>
      </w:r>
      <w:r w:rsidR="00050DD1" w:rsidRPr="008A4E26">
        <w:rPr>
          <w:rFonts w:cs="Times New Roman"/>
          <w:i/>
          <w:sz w:val="28"/>
          <w:szCs w:val="28"/>
        </w:rPr>
        <w:t>6</w:t>
      </w:r>
      <w:r w:rsidR="00F30ECE" w:rsidRPr="008A4E26">
        <w:rPr>
          <w:rFonts w:cs="Times New Roman"/>
          <w:i/>
          <w:sz w:val="28"/>
          <w:szCs w:val="28"/>
        </w:rPr>
        <w:t xml:space="preserve"> tháng 8 năm 2026.</w:t>
      </w:r>
    </w:p>
    <w:p w14:paraId="04052D59" w14:textId="77777777" w:rsidR="008A4E26" w:rsidRPr="008A4E26" w:rsidRDefault="008A4E26" w:rsidP="00160013">
      <w:pPr>
        <w:spacing w:before="60" w:after="60" w:line="360" w:lineRule="exact"/>
        <w:jc w:val="center"/>
        <w:rPr>
          <w:rFonts w:cs="Times New Roman"/>
          <w:b/>
        </w:rPr>
      </w:pPr>
      <w:bookmarkStart w:id="0" w:name="_GoBack"/>
      <w:bookmarkEnd w:id="0"/>
    </w:p>
    <w:p w14:paraId="5879BC70" w14:textId="55A95CF6" w:rsidR="000521D3" w:rsidRPr="008A4E26" w:rsidRDefault="0045231D" w:rsidP="00160013">
      <w:pPr>
        <w:spacing w:before="60" w:after="60" w:line="360" w:lineRule="exact"/>
        <w:jc w:val="center"/>
        <w:rPr>
          <w:rFonts w:cs="Times New Roman"/>
          <w:b/>
          <w:sz w:val="28"/>
          <w:szCs w:val="28"/>
        </w:rPr>
      </w:pPr>
      <w:r w:rsidRPr="008A4E26">
        <w:rPr>
          <w:rFonts w:cs="Times New Roman"/>
          <w:b/>
          <w:sz w:val="28"/>
          <w:szCs w:val="28"/>
        </w:rPr>
        <w:t>QUYẾT ĐỊNH:</w:t>
      </w:r>
    </w:p>
    <w:p w14:paraId="5D603AF5" w14:textId="77777777" w:rsidR="008A4E26" w:rsidRPr="008A4E26" w:rsidRDefault="008A4E26" w:rsidP="00160013">
      <w:pPr>
        <w:spacing w:before="60" w:after="60" w:line="360" w:lineRule="exact"/>
        <w:jc w:val="center"/>
        <w:rPr>
          <w:rFonts w:cs="Times New Roman"/>
        </w:rPr>
      </w:pPr>
    </w:p>
    <w:p w14:paraId="513EEB87" w14:textId="77777777" w:rsidR="00360C71" w:rsidRPr="008A4E26" w:rsidRDefault="00360C71" w:rsidP="00160013">
      <w:pPr>
        <w:spacing w:before="60" w:after="60" w:line="360" w:lineRule="exact"/>
        <w:ind w:firstLine="567"/>
        <w:jc w:val="both"/>
        <w:rPr>
          <w:rFonts w:cs="Times New Roman"/>
          <w:sz w:val="28"/>
          <w:szCs w:val="28"/>
        </w:rPr>
      </w:pPr>
      <w:r w:rsidRPr="008A4E26">
        <w:rPr>
          <w:rFonts w:cs="Times New Roman"/>
          <w:b/>
          <w:sz w:val="28"/>
          <w:szCs w:val="28"/>
        </w:rPr>
        <w:t>Điều 1.</w:t>
      </w:r>
      <w:r w:rsidRPr="008A4E26">
        <w:rPr>
          <w:rFonts w:cs="Times New Roman"/>
          <w:b/>
          <w:sz w:val="28"/>
          <w:szCs w:val="28"/>
          <w:lang w:val="vi-VN"/>
        </w:rPr>
        <w:t xml:space="preserve"> </w:t>
      </w:r>
      <w:r w:rsidRPr="008A4E26">
        <w:rPr>
          <w:rFonts w:cs="Times New Roman"/>
          <w:sz w:val="28"/>
          <w:szCs w:val="28"/>
          <w:lang w:val="vi-VN"/>
        </w:rPr>
        <w:t xml:space="preserve">Ủy quyền cho Giám đốc Sở Văn hóa, Thể thao và Du lịch tỉnh Phú Thọ thực hiện giải quyết </w:t>
      </w:r>
      <w:r w:rsidRPr="008A4E26">
        <w:rPr>
          <w:rFonts w:cs="Times New Roman"/>
          <w:sz w:val="28"/>
          <w:szCs w:val="28"/>
        </w:rPr>
        <w:t>các</w:t>
      </w:r>
      <w:r w:rsidRPr="008A4E26">
        <w:rPr>
          <w:rFonts w:cs="Times New Roman"/>
          <w:sz w:val="28"/>
          <w:szCs w:val="28"/>
          <w:lang w:val="vi-VN"/>
        </w:rPr>
        <w:t xml:space="preserve"> thủ tục hành chính trong </w:t>
      </w:r>
      <w:r w:rsidRPr="008A4E26">
        <w:rPr>
          <w:rFonts w:cs="Times New Roman"/>
          <w:sz w:val="28"/>
          <w:szCs w:val="28"/>
        </w:rPr>
        <w:t>các lĩnh vực báo chí; xuất bản, in và phát hành; phát thanh, truyền hình và thông tin điện tử thuộc thẩm quyền giải quyết của Ủy ban nhân dân tỉnh</w:t>
      </w:r>
      <w:r w:rsidRPr="008A4E26">
        <w:rPr>
          <w:rFonts w:cs="Times New Roman"/>
          <w:sz w:val="28"/>
          <w:szCs w:val="28"/>
          <w:lang w:val="vi-VN"/>
        </w:rPr>
        <w:t>. Cụ thể như sau:</w:t>
      </w:r>
    </w:p>
    <w:p w14:paraId="545C3687" w14:textId="0CDB6018" w:rsidR="00E23A67" w:rsidRPr="008A4E26" w:rsidRDefault="00E23A67" w:rsidP="00160013">
      <w:pPr>
        <w:spacing w:before="60" w:after="60" w:line="360" w:lineRule="exact"/>
        <w:ind w:firstLine="567"/>
        <w:jc w:val="both"/>
        <w:rPr>
          <w:rFonts w:cs="Times New Roman"/>
          <w:sz w:val="28"/>
          <w:szCs w:val="28"/>
        </w:rPr>
      </w:pPr>
      <w:r w:rsidRPr="008A4E26">
        <w:rPr>
          <w:rFonts w:cs="Times New Roman"/>
          <w:sz w:val="28"/>
          <w:szCs w:val="28"/>
        </w:rPr>
        <w:lastRenderedPageBreak/>
        <w:t>1. Nội dung</w:t>
      </w:r>
      <w:r w:rsidR="005C534A" w:rsidRPr="008A4E26">
        <w:rPr>
          <w:rFonts w:cs="Times New Roman"/>
          <w:sz w:val="28"/>
          <w:szCs w:val="28"/>
        </w:rPr>
        <w:t xml:space="preserve"> ủy quyề</w:t>
      </w:r>
      <w:r w:rsidR="008178EF" w:rsidRPr="008A4E26">
        <w:rPr>
          <w:rFonts w:cs="Times New Roman"/>
          <w:sz w:val="28"/>
          <w:szCs w:val="28"/>
        </w:rPr>
        <w:t xml:space="preserve">n </w:t>
      </w:r>
      <w:r w:rsidRPr="008A4E26">
        <w:rPr>
          <w:rFonts w:cs="Times New Roman"/>
          <w:sz w:val="28"/>
          <w:szCs w:val="28"/>
        </w:rPr>
        <w:t xml:space="preserve">và phạm vi ủy quyền: Ủy ban nhân dân tỉnh ủy quyền cho Giám đốc Sở Văn hóa, Thể thao và Du lịch thực hiện giải quyết và ký kết quả giải quyết đối với 10 thủ tục hành chính thuộc các lĩnh vực báo chí; xuất bản, in và phát hành; phát thanh, truyền hình và thông tin điện tử thuộc thẩm quyền giải quyết của Ủy ban nhân dân tỉnh theo quy định của pháp luật </w:t>
      </w:r>
      <w:r w:rsidRPr="008A4E26">
        <w:rPr>
          <w:rFonts w:cs="Times New Roman"/>
          <w:i/>
          <w:iCs/>
          <w:sz w:val="28"/>
          <w:szCs w:val="28"/>
        </w:rPr>
        <w:t>(chi tiết tại Phụ lục kèm theo Quyết định này).</w:t>
      </w:r>
    </w:p>
    <w:p w14:paraId="7D81C1B3" w14:textId="2D5C497A" w:rsidR="00095385" w:rsidRPr="008A4E26" w:rsidRDefault="00360C71" w:rsidP="00160013">
      <w:pPr>
        <w:spacing w:before="60" w:after="60" w:line="360" w:lineRule="exact"/>
        <w:ind w:firstLine="567"/>
        <w:jc w:val="both"/>
        <w:rPr>
          <w:rFonts w:cs="Times New Roman"/>
          <w:sz w:val="28"/>
          <w:szCs w:val="28"/>
        </w:rPr>
      </w:pPr>
      <w:r w:rsidRPr="008A4E26">
        <w:rPr>
          <w:rFonts w:cs="Times New Roman"/>
          <w:sz w:val="28"/>
          <w:szCs w:val="28"/>
          <w:lang w:val="vi-VN"/>
        </w:rPr>
        <w:t xml:space="preserve">2. Thời hạn ủy quyền: </w:t>
      </w:r>
      <w:r w:rsidR="00964B10" w:rsidRPr="008A4E26">
        <w:rPr>
          <w:rFonts w:cs="Times New Roman"/>
          <w:sz w:val="28"/>
          <w:szCs w:val="28"/>
        </w:rPr>
        <w:t xml:space="preserve">Kể từ ngày Quyết định này có </w:t>
      </w:r>
      <w:r w:rsidR="00095385" w:rsidRPr="008A4E26">
        <w:rPr>
          <w:rFonts w:cs="Times New Roman"/>
          <w:sz w:val="28"/>
          <w:szCs w:val="28"/>
        </w:rPr>
        <w:t>hiệu lực thi hành đ</w:t>
      </w:r>
      <w:r w:rsidR="00964B10" w:rsidRPr="008A4E26">
        <w:rPr>
          <w:rFonts w:cs="Times New Roman"/>
          <w:sz w:val="28"/>
          <w:szCs w:val="28"/>
        </w:rPr>
        <w:t>ến hết ngày 28 tháng 02 năm 2027 đối với các thủ tục hành chính từ số 01 đến số 06</w:t>
      </w:r>
      <w:r w:rsidR="00095385" w:rsidRPr="008A4E26">
        <w:rPr>
          <w:rFonts w:cs="Times New Roman"/>
          <w:sz w:val="28"/>
          <w:szCs w:val="28"/>
        </w:rPr>
        <w:t xml:space="preserve"> và đến hết ngày 31 tháng 12 năm 2030 đối với các thủ tục hành chính từ số 07 đến số 10 quy định tại Phụ lục ban hành kèm theo Quyết định này.</w:t>
      </w:r>
    </w:p>
    <w:p w14:paraId="3653F8D1" w14:textId="3EFBE1C2" w:rsidR="00964B10" w:rsidRPr="008A4E26" w:rsidRDefault="00964B10" w:rsidP="00160013">
      <w:pPr>
        <w:spacing w:before="60" w:after="60" w:line="360" w:lineRule="exact"/>
        <w:ind w:firstLine="567"/>
        <w:jc w:val="both"/>
        <w:rPr>
          <w:rFonts w:cs="Times New Roman"/>
          <w:sz w:val="28"/>
          <w:szCs w:val="28"/>
        </w:rPr>
      </w:pPr>
      <w:r w:rsidRPr="008A4E26">
        <w:rPr>
          <w:rFonts w:cs="Times New Roman"/>
          <w:sz w:val="28"/>
          <w:szCs w:val="28"/>
        </w:rPr>
        <w:t>Việc điều chỉnh hoặc chấm dứt thực hiện nội dung ủy quyền trước thời hạn được thực hiện theo quyết định của cơ quan có thẩm quyền hoặc trong các trường hợp khác theo quy định của pháp luật.</w:t>
      </w:r>
    </w:p>
    <w:p w14:paraId="63E44C2E" w14:textId="41F699B1" w:rsidR="004A35A9" w:rsidRPr="008A4E26" w:rsidRDefault="00360C71" w:rsidP="00160013">
      <w:pPr>
        <w:spacing w:before="60" w:after="60" w:line="360" w:lineRule="exact"/>
        <w:ind w:firstLine="567"/>
        <w:jc w:val="both"/>
        <w:rPr>
          <w:rFonts w:cs="Times New Roman"/>
          <w:sz w:val="28"/>
          <w:szCs w:val="28"/>
          <w:lang w:val="vi-VN"/>
        </w:rPr>
      </w:pPr>
      <w:r w:rsidRPr="008A4E26">
        <w:rPr>
          <w:rFonts w:cs="Times New Roman"/>
          <w:b/>
          <w:sz w:val="28"/>
          <w:szCs w:val="28"/>
          <w:lang w:val="vi-VN"/>
        </w:rPr>
        <w:t>Điều 2.</w:t>
      </w:r>
      <w:r w:rsidRPr="008A4E26">
        <w:rPr>
          <w:rFonts w:cs="Times New Roman"/>
          <w:sz w:val="28"/>
          <w:szCs w:val="28"/>
          <w:lang w:val="vi-VN"/>
        </w:rPr>
        <w:t xml:space="preserve"> Giám đốc Sở Văn hóa, Thể thao và Du lịch có trách nhiệm</w:t>
      </w:r>
    </w:p>
    <w:p w14:paraId="5E19E38A" w14:textId="1CF68624" w:rsidR="003B67B6" w:rsidRPr="008A4E26" w:rsidRDefault="00012746" w:rsidP="00160013">
      <w:pPr>
        <w:adjustRightInd w:val="0"/>
        <w:snapToGrid w:val="0"/>
        <w:spacing w:before="60" w:after="60" w:line="360" w:lineRule="exact"/>
        <w:ind w:firstLine="720"/>
        <w:jc w:val="both"/>
        <w:rPr>
          <w:rFonts w:cs="Times New Roman"/>
          <w:sz w:val="28"/>
          <w:szCs w:val="28"/>
          <w:lang w:val="vi-VN"/>
        </w:rPr>
      </w:pPr>
      <w:r w:rsidRPr="008A4E26">
        <w:rPr>
          <w:rFonts w:cs="Times New Roman"/>
          <w:sz w:val="28"/>
          <w:szCs w:val="28"/>
          <w:lang w:val="vi-VN"/>
        </w:rPr>
        <w:t xml:space="preserve">1. </w:t>
      </w:r>
      <w:r w:rsidR="003B67B6" w:rsidRPr="008A4E26">
        <w:rPr>
          <w:rFonts w:cs="Times New Roman"/>
          <w:sz w:val="28"/>
          <w:szCs w:val="28"/>
          <w:lang w:val="vi-VN"/>
        </w:rPr>
        <w:t>Tổ chức thực hiện đúng phạm vi, nội dung, thời hạn và các điều kiện thực hiện nhiệm vụ, quyền hạn được ủy quyền theo quy định của pháp luật; sử dụng hình thức văn bản và con dấu của Sở Văn hóa, Thể thao và Du lịch để thực hiện nhiệm vụ, quyền hạn được ủy quyền.</w:t>
      </w:r>
    </w:p>
    <w:p w14:paraId="31727C61" w14:textId="036ED38F" w:rsidR="00855DFA" w:rsidRPr="008A4E26" w:rsidRDefault="003B67B6" w:rsidP="00160013">
      <w:pPr>
        <w:adjustRightInd w:val="0"/>
        <w:snapToGrid w:val="0"/>
        <w:spacing w:before="60" w:after="60" w:line="360" w:lineRule="exact"/>
        <w:ind w:firstLine="720"/>
        <w:jc w:val="both"/>
        <w:rPr>
          <w:rFonts w:cs="Times New Roman"/>
          <w:sz w:val="28"/>
          <w:szCs w:val="28"/>
          <w:lang w:val="vi-VN"/>
        </w:rPr>
      </w:pPr>
      <w:r w:rsidRPr="008A4E26">
        <w:rPr>
          <w:rFonts w:cs="Times New Roman"/>
          <w:sz w:val="28"/>
          <w:szCs w:val="28"/>
          <w:lang w:val="vi-VN"/>
        </w:rPr>
        <w:t xml:space="preserve">2. </w:t>
      </w:r>
      <w:r w:rsidR="00FE3DC1" w:rsidRPr="008A4E26">
        <w:rPr>
          <w:rFonts w:cs="Times New Roman"/>
          <w:sz w:val="28"/>
          <w:szCs w:val="28"/>
        </w:rPr>
        <w:t xml:space="preserve">Chịu trách nhiệm trước Ủy ban nhân dân tỉnh và trước pháp luật về việc thực hiện nhiệm vụ, quyền hạn được ủy quyền; </w:t>
      </w:r>
      <w:r w:rsidR="00855DFA" w:rsidRPr="008A4E26">
        <w:rPr>
          <w:rFonts w:cs="Times New Roman"/>
          <w:sz w:val="28"/>
          <w:szCs w:val="28"/>
        </w:rPr>
        <w:t xml:space="preserve">không được ủy </w:t>
      </w:r>
      <w:r w:rsidR="00FE6701" w:rsidRPr="008A4E26">
        <w:rPr>
          <w:rFonts w:cs="Times New Roman"/>
          <w:sz w:val="28"/>
          <w:szCs w:val="28"/>
          <w:lang w:val="vi-VN"/>
        </w:rPr>
        <w:t xml:space="preserve">quyền </w:t>
      </w:r>
      <w:r w:rsidR="00855DFA" w:rsidRPr="008A4E26">
        <w:rPr>
          <w:rFonts w:cs="Times New Roman"/>
          <w:sz w:val="28"/>
          <w:szCs w:val="28"/>
        </w:rPr>
        <w:t>cho cơ quan, tổ chức, cá nhân</w:t>
      </w:r>
      <w:r w:rsidR="00855DFA" w:rsidRPr="008A4E26">
        <w:rPr>
          <w:rFonts w:cs="Times New Roman"/>
          <w:sz w:val="28"/>
          <w:szCs w:val="28"/>
          <w:lang w:val="vi-VN"/>
        </w:rPr>
        <w:t xml:space="preserve"> </w:t>
      </w:r>
      <w:r w:rsidR="00855DFA" w:rsidRPr="008A4E26">
        <w:rPr>
          <w:rFonts w:cs="Times New Roman"/>
          <w:sz w:val="28"/>
          <w:szCs w:val="28"/>
        </w:rPr>
        <w:t>khác thực hiện các nhiệm vụ, quyền hạn đã được Ủy ban nhân dân tỉnh ủy</w:t>
      </w:r>
      <w:r w:rsidR="00855DFA" w:rsidRPr="008A4E26">
        <w:rPr>
          <w:rFonts w:cs="Times New Roman"/>
          <w:sz w:val="28"/>
          <w:szCs w:val="28"/>
          <w:lang w:val="vi-VN"/>
        </w:rPr>
        <w:t xml:space="preserve"> </w:t>
      </w:r>
      <w:r w:rsidR="00855DFA" w:rsidRPr="008A4E26">
        <w:rPr>
          <w:rFonts w:cs="Times New Roman"/>
          <w:sz w:val="28"/>
          <w:szCs w:val="28"/>
        </w:rPr>
        <w:t xml:space="preserve">quyền, giao thực </w:t>
      </w:r>
      <w:r w:rsidR="00855DFA" w:rsidRPr="008A4E26">
        <w:rPr>
          <w:rFonts w:cs="Times New Roman"/>
          <w:sz w:val="28"/>
          <w:szCs w:val="28"/>
          <w:lang w:val="vi-VN"/>
        </w:rPr>
        <w:t>hiện.</w:t>
      </w:r>
    </w:p>
    <w:p w14:paraId="3E9C4613" w14:textId="59DC589A" w:rsidR="00855DFA" w:rsidRPr="008A4E26" w:rsidRDefault="00012746" w:rsidP="00160013">
      <w:pPr>
        <w:adjustRightInd w:val="0"/>
        <w:snapToGrid w:val="0"/>
        <w:spacing w:before="60" w:after="60" w:line="360" w:lineRule="exact"/>
        <w:ind w:firstLine="720"/>
        <w:jc w:val="both"/>
        <w:rPr>
          <w:rFonts w:cs="Times New Roman"/>
          <w:sz w:val="28"/>
          <w:szCs w:val="28"/>
          <w:lang w:val="vi-VN"/>
        </w:rPr>
      </w:pPr>
      <w:r w:rsidRPr="008A4E26">
        <w:rPr>
          <w:rFonts w:cs="Times New Roman"/>
          <w:sz w:val="28"/>
          <w:szCs w:val="28"/>
          <w:lang w:val="vi-VN"/>
        </w:rPr>
        <w:t>3.</w:t>
      </w:r>
      <w:r w:rsidR="00855DFA" w:rsidRPr="008A4E26">
        <w:rPr>
          <w:rFonts w:cs="Times New Roman"/>
          <w:sz w:val="28"/>
          <w:szCs w:val="28"/>
          <w:lang w:val="vi-VN"/>
        </w:rPr>
        <w:t xml:space="preserve"> Báo cáo Ủy ban nhân dân tỉnh về việc thực hiện nhiệm vụ, quyền hạn được ủy quyền theo quy định của pháp luật hoặc khi có yêu cầu.</w:t>
      </w:r>
    </w:p>
    <w:p w14:paraId="23C07255" w14:textId="77777777" w:rsidR="00360C71" w:rsidRPr="008A4E26" w:rsidRDefault="00360C71" w:rsidP="00160013">
      <w:pPr>
        <w:spacing w:before="60" w:after="60" w:line="360" w:lineRule="exact"/>
        <w:ind w:firstLine="567"/>
        <w:jc w:val="both"/>
        <w:rPr>
          <w:rFonts w:cs="Times New Roman"/>
          <w:sz w:val="28"/>
          <w:szCs w:val="28"/>
          <w:lang w:val="vi-VN"/>
        </w:rPr>
      </w:pPr>
      <w:r w:rsidRPr="008A4E26">
        <w:rPr>
          <w:rFonts w:cs="Times New Roman"/>
          <w:b/>
          <w:bCs/>
          <w:sz w:val="28"/>
          <w:szCs w:val="28"/>
          <w:lang w:val="vi-VN"/>
        </w:rPr>
        <w:t>Điều 3.</w:t>
      </w:r>
      <w:r w:rsidRPr="008A4E26">
        <w:rPr>
          <w:rFonts w:cs="Times New Roman"/>
          <w:sz w:val="28"/>
          <w:szCs w:val="28"/>
          <w:lang w:val="vi-VN"/>
        </w:rPr>
        <w:t xml:space="preserve"> Quyết định này có hiệu lực thi hành kể từ ngày ký ban hành.</w:t>
      </w:r>
    </w:p>
    <w:p w14:paraId="2D365B8A" w14:textId="3B5EFF26" w:rsidR="00CE3A1F" w:rsidRPr="008A4E26" w:rsidRDefault="00CE3A1F" w:rsidP="00160013">
      <w:pPr>
        <w:spacing w:before="60" w:after="60" w:line="360" w:lineRule="exact"/>
        <w:ind w:firstLine="567"/>
        <w:jc w:val="both"/>
        <w:rPr>
          <w:rFonts w:cs="Times New Roman"/>
          <w:sz w:val="28"/>
          <w:szCs w:val="28"/>
          <w:lang w:val="vi-VN"/>
        </w:rPr>
      </w:pPr>
      <w:r w:rsidRPr="008A4E26">
        <w:rPr>
          <w:rFonts w:cs="Times New Roman"/>
          <w:sz w:val="28"/>
          <w:szCs w:val="28"/>
          <w:lang w:val="vi-VN"/>
        </w:rPr>
        <w:t>Đối với hồ sơ thủ tục hành chính đã được tiếp nhận trước ngày Quyết định này có hiệu lực thì tiếp tục được giải quyết theo quy định hiện hành.</w:t>
      </w:r>
    </w:p>
    <w:p w14:paraId="534B69B7" w14:textId="2F8F163F" w:rsidR="000521D3" w:rsidRPr="008A4E26" w:rsidRDefault="004A1C98" w:rsidP="00160013">
      <w:pPr>
        <w:spacing w:before="60" w:after="60" w:line="360" w:lineRule="exact"/>
        <w:ind w:firstLine="567"/>
        <w:jc w:val="both"/>
        <w:rPr>
          <w:rFonts w:cs="Times New Roman"/>
          <w:spacing w:val="4"/>
          <w:sz w:val="28"/>
          <w:szCs w:val="28"/>
          <w:lang w:val="vi-VN"/>
        </w:rPr>
      </w:pPr>
      <w:r w:rsidRPr="008A4E26">
        <w:rPr>
          <w:rFonts w:cs="Times New Roman"/>
          <w:b/>
          <w:spacing w:val="4"/>
          <w:sz w:val="28"/>
          <w:szCs w:val="28"/>
          <w:lang w:val="vi-VN"/>
        </w:rPr>
        <w:t xml:space="preserve">Điều 4. </w:t>
      </w:r>
      <w:r w:rsidRPr="008A4E26">
        <w:rPr>
          <w:rFonts w:cs="Times New Roman"/>
          <w:spacing w:val="4"/>
          <w:sz w:val="28"/>
          <w:szCs w:val="28"/>
          <w:lang w:val="vi-VN"/>
        </w:rPr>
        <w:t xml:space="preserve">Chánh Văn phòng Ủy ban nhân dân tỉnh; Giám đốc Sở Văn hóa, Thể thao và Du lịch; Thủ trưởng các sở, ban, ngành; Chủ tịch Ủy ban nhân dân các xã, phường và các tổ chức, cá nhân có liên quan chịu trách nhiệm thi hành </w:t>
      </w:r>
      <w:r w:rsidR="009E719B" w:rsidRPr="008A4E26">
        <w:rPr>
          <w:rFonts w:cs="Times New Roman"/>
          <w:spacing w:val="4"/>
          <w:sz w:val="28"/>
          <w:szCs w:val="28"/>
        </w:rPr>
        <w:t>Q</w:t>
      </w:r>
      <w:r w:rsidRPr="008A4E26">
        <w:rPr>
          <w:rFonts w:cs="Times New Roman"/>
          <w:spacing w:val="4"/>
          <w:sz w:val="28"/>
          <w:szCs w:val="28"/>
          <w:lang w:val="vi-VN"/>
        </w:rPr>
        <w:t>uyết định này./.</w:t>
      </w:r>
    </w:p>
    <w:p w14:paraId="1F553ED6" w14:textId="24586A51" w:rsidR="00160013" w:rsidRPr="008A4E26" w:rsidRDefault="00160013" w:rsidP="00160013">
      <w:pPr>
        <w:spacing w:before="60" w:after="60" w:line="360" w:lineRule="exact"/>
        <w:jc w:val="both"/>
        <w:rPr>
          <w:rFonts w:cs="Times New Roman"/>
          <w:spacing w:val="4"/>
          <w:sz w:val="28"/>
          <w:szCs w:val="28"/>
          <w:lang w:val="vi-VN"/>
        </w:rPr>
      </w:pPr>
    </w:p>
    <w:p w14:paraId="099D9C79" w14:textId="77777777" w:rsidR="00160013" w:rsidRPr="008A4E26" w:rsidRDefault="00160013" w:rsidP="00160013">
      <w:pPr>
        <w:spacing w:line="240" w:lineRule="auto"/>
        <w:ind w:left="3600"/>
        <w:jc w:val="center"/>
        <w:rPr>
          <w:rFonts w:cs="Times New Roman"/>
          <w:b/>
          <w:sz w:val="28"/>
          <w:szCs w:val="28"/>
          <w:lang w:val="vi-VN"/>
        </w:rPr>
      </w:pPr>
      <w:r w:rsidRPr="008A4E26">
        <w:rPr>
          <w:rFonts w:cs="Times New Roman"/>
          <w:b/>
          <w:sz w:val="28"/>
          <w:szCs w:val="28"/>
          <w:lang w:val="vi-VN"/>
        </w:rPr>
        <w:t>TM. ỦY BAN NHÂN DÂN</w:t>
      </w:r>
    </w:p>
    <w:p w14:paraId="7E8877D7" w14:textId="77777777" w:rsidR="00160013" w:rsidRPr="008A4E26" w:rsidRDefault="00160013" w:rsidP="00160013">
      <w:pPr>
        <w:spacing w:line="240" w:lineRule="auto"/>
        <w:ind w:left="3600"/>
        <w:jc w:val="center"/>
        <w:rPr>
          <w:rFonts w:cs="Times New Roman"/>
          <w:b/>
          <w:sz w:val="28"/>
          <w:szCs w:val="28"/>
          <w:lang w:val="vi-VN"/>
        </w:rPr>
      </w:pPr>
      <w:r w:rsidRPr="008A4E26">
        <w:rPr>
          <w:rFonts w:cs="Times New Roman"/>
          <w:b/>
          <w:sz w:val="28"/>
          <w:szCs w:val="28"/>
          <w:lang w:val="vi-VN"/>
        </w:rPr>
        <w:t>CHỦ TỊCH</w:t>
      </w:r>
    </w:p>
    <w:p w14:paraId="546A618D" w14:textId="77777777" w:rsidR="00160013" w:rsidRPr="008A4E26" w:rsidRDefault="00160013" w:rsidP="00160013">
      <w:pPr>
        <w:ind w:left="3600"/>
        <w:jc w:val="center"/>
        <w:rPr>
          <w:rFonts w:cs="Times New Roman"/>
          <w:b/>
          <w:sz w:val="28"/>
          <w:szCs w:val="28"/>
          <w:lang w:val="vi-VN"/>
        </w:rPr>
      </w:pPr>
    </w:p>
    <w:p w14:paraId="6EF35F58" w14:textId="102D2E2D" w:rsidR="00160013" w:rsidRPr="008A4E26" w:rsidRDefault="00160013" w:rsidP="00160013">
      <w:pPr>
        <w:spacing w:before="60" w:after="60" w:line="360" w:lineRule="exact"/>
        <w:ind w:left="3600"/>
        <w:jc w:val="center"/>
        <w:rPr>
          <w:rFonts w:cs="Times New Roman"/>
          <w:spacing w:val="4"/>
          <w:sz w:val="28"/>
          <w:szCs w:val="28"/>
          <w:lang w:val="vi-VN"/>
        </w:rPr>
      </w:pPr>
      <w:r w:rsidRPr="008A4E26">
        <w:rPr>
          <w:rFonts w:cs="Times New Roman"/>
          <w:b/>
          <w:sz w:val="28"/>
          <w:szCs w:val="28"/>
        </w:rPr>
        <w:t>Trần Duy Đông</w:t>
      </w:r>
    </w:p>
    <w:p w14:paraId="3271741C" w14:textId="77777777" w:rsidR="00B25755" w:rsidRPr="008A4E26" w:rsidRDefault="00B25755" w:rsidP="00FD1210">
      <w:pPr>
        <w:jc w:val="center"/>
        <w:rPr>
          <w:rFonts w:cs="Times New Roman"/>
          <w:b/>
        </w:rPr>
      </w:pPr>
    </w:p>
    <w:p w14:paraId="5DB3E351" w14:textId="77777777" w:rsidR="00B25755" w:rsidRPr="008A4E26" w:rsidRDefault="00B25755" w:rsidP="00FD1210">
      <w:pPr>
        <w:jc w:val="center"/>
        <w:rPr>
          <w:rFonts w:cs="Times New Roman"/>
          <w:b/>
        </w:rPr>
      </w:pPr>
    </w:p>
    <w:p w14:paraId="12B74ADC" w14:textId="77777777" w:rsidR="005954D7" w:rsidRPr="008A4E26" w:rsidRDefault="00FD1210" w:rsidP="005954D7">
      <w:pPr>
        <w:jc w:val="center"/>
        <w:rPr>
          <w:rFonts w:cs="Times New Roman"/>
          <w:b/>
          <w:sz w:val="28"/>
          <w:szCs w:val="28"/>
        </w:rPr>
      </w:pPr>
      <w:r w:rsidRPr="008A4E26">
        <w:rPr>
          <w:rFonts w:cs="Times New Roman"/>
          <w:b/>
          <w:sz w:val="28"/>
          <w:szCs w:val="28"/>
        </w:rPr>
        <w:lastRenderedPageBreak/>
        <w:t>Phụ lục</w:t>
      </w:r>
    </w:p>
    <w:p w14:paraId="3AE0ACEA" w14:textId="22589736" w:rsidR="00FD1210" w:rsidRPr="008A4E26" w:rsidRDefault="00FD1210" w:rsidP="005954D7">
      <w:pPr>
        <w:rPr>
          <w:rFonts w:cs="Times New Roman"/>
          <w:b/>
          <w:sz w:val="27"/>
          <w:szCs w:val="27"/>
        </w:rPr>
      </w:pPr>
      <w:r w:rsidRPr="008A4E26">
        <w:rPr>
          <w:rFonts w:cs="Times New Roman"/>
          <w:b/>
          <w:sz w:val="27"/>
          <w:szCs w:val="27"/>
          <w:lang w:val="vi-VN"/>
        </w:rPr>
        <w:t xml:space="preserve">DANH </w:t>
      </w:r>
      <w:r w:rsidR="00CE3A1F" w:rsidRPr="008A4E26">
        <w:rPr>
          <w:rFonts w:cs="Times New Roman"/>
          <w:b/>
          <w:sz w:val="27"/>
          <w:szCs w:val="27"/>
        </w:rPr>
        <w:t>MỤC</w:t>
      </w:r>
      <w:r w:rsidRPr="008A4E26">
        <w:rPr>
          <w:rFonts w:cs="Times New Roman"/>
          <w:b/>
          <w:sz w:val="27"/>
          <w:szCs w:val="27"/>
          <w:lang w:val="vi-VN"/>
        </w:rPr>
        <w:t xml:space="preserve"> THỦ TỤC HÀNH CHÍNH </w:t>
      </w:r>
      <w:r w:rsidR="00CE3A1F" w:rsidRPr="008A4E26">
        <w:rPr>
          <w:rFonts w:cs="Times New Roman"/>
          <w:b/>
          <w:sz w:val="27"/>
          <w:szCs w:val="27"/>
        </w:rPr>
        <w:t>ĐƯỢC ỦY QUYỀN GIẢI</w:t>
      </w:r>
      <w:r w:rsidR="009E719B" w:rsidRPr="008A4E26">
        <w:rPr>
          <w:rFonts w:cs="Times New Roman"/>
          <w:b/>
          <w:sz w:val="27"/>
          <w:szCs w:val="27"/>
        </w:rPr>
        <w:t xml:space="preserve"> </w:t>
      </w:r>
      <w:r w:rsidR="005954D7" w:rsidRPr="008A4E26">
        <w:rPr>
          <w:rFonts w:cs="Times New Roman"/>
          <w:b/>
          <w:sz w:val="27"/>
          <w:szCs w:val="27"/>
        </w:rPr>
        <w:t>Q</w:t>
      </w:r>
      <w:r w:rsidR="00CE3A1F" w:rsidRPr="008A4E26">
        <w:rPr>
          <w:rFonts w:cs="Times New Roman"/>
          <w:b/>
          <w:sz w:val="27"/>
          <w:szCs w:val="27"/>
        </w:rPr>
        <w:t>UYẾT</w:t>
      </w:r>
    </w:p>
    <w:p w14:paraId="58565A1C" w14:textId="130C0549" w:rsidR="00FD1210" w:rsidRPr="008A4E26" w:rsidRDefault="00FD1210" w:rsidP="00FD1210">
      <w:pPr>
        <w:jc w:val="center"/>
        <w:rPr>
          <w:rFonts w:cs="Times New Roman"/>
          <w:i/>
          <w:lang w:val="vi-VN"/>
        </w:rPr>
      </w:pPr>
      <w:r w:rsidRPr="008A4E26">
        <w:rPr>
          <w:rFonts w:cs="Times New Roman"/>
          <w:i/>
          <w:lang w:val="vi-VN"/>
        </w:rPr>
        <w:t xml:space="preserve">(Kèm theo Quyết định số </w:t>
      </w:r>
      <w:r w:rsidR="00160013" w:rsidRPr="008A4E26">
        <w:rPr>
          <w:rFonts w:cs="Times New Roman"/>
          <w:i/>
        </w:rPr>
        <w:t>2737</w:t>
      </w:r>
      <w:r w:rsidRPr="008A4E26">
        <w:rPr>
          <w:rFonts w:cs="Times New Roman"/>
          <w:i/>
          <w:lang w:val="vi-VN"/>
        </w:rPr>
        <w:t xml:space="preserve">/QĐ-UBND ngày </w:t>
      </w:r>
      <w:r w:rsidR="008A4E26" w:rsidRPr="008A4E26">
        <w:rPr>
          <w:rFonts w:cs="Times New Roman"/>
          <w:i/>
        </w:rPr>
        <w:t>18</w:t>
      </w:r>
      <w:r w:rsidRPr="008A4E26">
        <w:rPr>
          <w:rFonts w:cs="Times New Roman"/>
          <w:i/>
          <w:lang w:val="vi-VN"/>
        </w:rPr>
        <w:t>/</w:t>
      </w:r>
      <w:r w:rsidR="008A4E26" w:rsidRPr="008A4E26">
        <w:rPr>
          <w:rFonts w:cs="Times New Roman"/>
          <w:i/>
        </w:rPr>
        <w:t>8</w:t>
      </w:r>
      <w:r w:rsidRPr="008A4E26">
        <w:rPr>
          <w:rFonts w:cs="Times New Roman"/>
          <w:i/>
          <w:lang w:val="vi-VN"/>
        </w:rPr>
        <w:t xml:space="preserve">/2026 </w:t>
      </w:r>
    </w:p>
    <w:p w14:paraId="03CBBA7E" w14:textId="77777777" w:rsidR="00FD1210" w:rsidRPr="008A4E26" w:rsidRDefault="00FD1210" w:rsidP="00FD1210">
      <w:pPr>
        <w:jc w:val="center"/>
        <w:rPr>
          <w:rFonts w:cs="Times New Roman"/>
          <w:i/>
          <w:lang w:val="vi-VN"/>
        </w:rPr>
      </w:pPr>
      <w:r w:rsidRPr="008A4E26">
        <w:rPr>
          <w:rFonts w:cs="Times New Roman"/>
          <w:i/>
          <w:lang w:val="vi-VN"/>
        </w:rPr>
        <w:t>của Ủy ban nhân dân tỉnh Phú Thọ)</w:t>
      </w:r>
    </w:p>
    <w:p w14:paraId="39BE30D7" w14:textId="77777777" w:rsidR="00FD1210" w:rsidRPr="008A4E26" w:rsidRDefault="00FD1210" w:rsidP="00FD1210">
      <w:pPr>
        <w:rPr>
          <w:rFonts w:cs="Times New Roman"/>
          <w:i/>
          <w:lang w:val="vi-V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88"/>
        <w:gridCol w:w="7767"/>
      </w:tblGrid>
      <w:tr w:rsidR="00A372E6" w:rsidRPr="008A4E26" w14:paraId="1EC8C92E" w14:textId="77777777" w:rsidTr="008C22C5">
        <w:trPr>
          <w:tblHeader/>
        </w:trPr>
        <w:tc>
          <w:tcPr>
            <w:tcW w:w="851" w:type="dxa"/>
            <w:tcBorders>
              <w:bottom w:val="single" w:sz="4" w:space="0" w:color="auto"/>
            </w:tcBorders>
            <w:vAlign w:val="center"/>
          </w:tcPr>
          <w:p w14:paraId="5064835E" w14:textId="77777777" w:rsidR="00FD1210" w:rsidRPr="008A4E26" w:rsidRDefault="00FD1210" w:rsidP="00172924">
            <w:pPr>
              <w:widowControl w:val="0"/>
              <w:spacing w:before="60" w:after="60" w:line="240" w:lineRule="auto"/>
              <w:jc w:val="center"/>
              <w:outlineLvl w:val="0"/>
              <w:rPr>
                <w:rFonts w:cs="Times New Roman"/>
                <w:b/>
                <w:spacing w:val="-4"/>
                <w:szCs w:val="26"/>
              </w:rPr>
            </w:pPr>
            <w:r w:rsidRPr="008A4E26">
              <w:rPr>
                <w:rFonts w:cs="Times New Roman"/>
                <w:b/>
                <w:spacing w:val="-4"/>
                <w:szCs w:val="26"/>
              </w:rPr>
              <w:t>TT</w:t>
            </w:r>
          </w:p>
        </w:tc>
        <w:tc>
          <w:tcPr>
            <w:tcW w:w="1588" w:type="dxa"/>
            <w:vAlign w:val="center"/>
          </w:tcPr>
          <w:p w14:paraId="3B109021" w14:textId="77777777" w:rsidR="00FD1210" w:rsidRPr="008A4E26" w:rsidRDefault="00FD1210" w:rsidP="00172924">
            <w:pPr>
              <w:widowControl w:val="0"/>
              <w:spacing w:before="60" w:after="60" w:line="240" w:lineRule="auto"/>
              <w:jc w:val="center"/>
              <w:outlineLvl w:val="0"/>
              <w:rPr>
                <w:rFonts w:cs="Times New Roman"/>
                <w:b/>
                <w:spacing w:val="-4"/>
                <w:szCs w:val="26"/>
              </w:rPr>
            </w:pPr>
            <w:r w:rsidRPr="008A4E26">
              <w:rPr>
                <w:rFonts w:cs="Times New Roman"/>
                <w:b/>
                <w:spacing w:val="-4"/>
                <w:szCs w:val="26"/>
              </w:rPr>
              <w:t>Mã TTHC</w:t>
            </w:r>
          </w:p>
        </w:tc>
        <w:tc>
          <w:tcPr>
            <w:tcW w:w="7767" w:type="dxa"/>
            <w:vAlign w:val="center"/>
          </w:tcPr>
          <w:p w14:paraId="057619CF" w14:textId="77777777" w:rsidR="00FD1210" w:rsidRPr="008A4E26" w:rsidRDefault="00FD1210" w:rsidP="00172924">
            <w:pPr>
              <w:widowControl w:val="0"/>
              <w:spacing w:before="60" w:after="60" w:line="240" w:lineRule="auto"/>
              <w:jc w:val="both"/>
              <w:outlineLvl w:val="0"/>
              <w:rPr>
                <w:rFonts w:cs="Times New Roman"/>
                <w:b/>
                <w:spacing w:val="-4"/>
                <w:szCs w:val="26"/>
              </w:rPr>
            </w:pPr>
            <w:r w:rsidRPr="008A4E26">
              <w:rPr>
                <w:rFonts w:cs="Times New Roman"/>
                <w:b/>
                <w:spacing w:val="-4"/>
                <w:szCs w:val="26"/>
              </w:rPr>
              <w:t>Tên TTHC</w:t>
            </w:r>
          </w:p>
        </w:tc>
      </w:tr>
      <w:tr w:rsidR="00A372E6" w:rsidRPr="008A4E26" w14:paraId="2C7C9BD1" w14:textId="77777777" w:rsidTr="008C22C5">
        <w:trPr>
          <w:trHeight w:val="20"/>
        </w:trPr>
        <w:tc>
          <w:tcPr>
            <w:tcW w:w="851" w:type="dxa"/>
            <w:vAlign w:val="center"/>
          </w:tcPr>
          <w:p w14:paraId="17DABF48" w14:textId="77777777" w:rsidR="00FD1210" w:rsidRPr="008A4E26" w:rsidRDefault="00FD1210" w:rsidP="00172924">
            <w:pPr>
              <w:widowControl w:val="0"/>
              <w:spacing w:before="60" w:after="60" w:line="240" w:lineRule="auto"/>
              <w:jc w:val="center"/>
              <w:outlineLvl w:val="0"/>
              <w:rPr>
                <w:rFonts w:cs="Times New Roman"/>
                <w:b/>
                <w:spacing w:val="-4"/>
                <w:szCs w:val="26"/>
              </w:rPr>
            </w:pPr>
            <w:r w:rsidRPr="008A4E26">
              <w:rPr>
                <w:rFonts w:cs="Times New Roman"/>
                <w:b/>
                <w:spacing w:val="-4"/>
                <w:szCs w:val="26"/>
              </w:rPr>
              <w:t>I</w:t>
            </w:r>
          </w:p>
        </w:tc>
        <w:tc>
          <w:tcPr>
            <w:tcW w:w="9355" w:type="dxa"/>
            <w:gridSpan w:val="2"/>
            <w:vAlign w:val="center"/>
          </w:tcPr>
          <w:p w14:paraId="3DE8F144" w14:textId="77777777" w:rsidR="00FD1210" w:rsidRPr="008A4E26" w:rsidRDefault="00FD1210" w:rsidP="00172924">
            <w:pPr>
              <w:widowControl w:val="0"/>
              <w:spacing w:before="60" w:after="60" w:line="240" w:lineRule="auto"/>
              <w:jc w:val="both"/>
              <w:rPr>
                <w:rFonts w:cs="Times New Roman"/>
                <w:szCs w:val="26"/>
              </w:rPr>
            </w:pPr>
            <w:r w:rsidRPr="008A4E26">
              <w:rPr>
                <w:rFonts w:cs="Times New Roman"/>
                <w:b/>
                <w:spacing w:val="-2"/>
                <w:szCs w:val="26"/>
                <w:lang w:val="nl-NL"/>
              </w:rPr>
              <w:t>Lĩnh vực báo chí</w:t>
            </w:r>
          </w:p>
        </w:tc>
      </w:tr>
      <w:tr w:rsidR="00A372E6" w:rsidRPr="008A4E26" w14:paraId="763D3A5A" w14:textId="77777777" w:rsidTr="008C22C5">
        <w:trPr>
          <w:trHeight w:val="20"/>
        </w:trPr>
        <w:tc>
          <w:tcPr>
            <w:tcW w:w="851" w:type="dxa"/>
            <w:vAlign w:val="center"/>
          </w:tcPr>
          <w:p w14:paraId="437259CC"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1</w:t>
            </w:r>
          </w:p>
        </w:tc>
        <w:tc>
          <w:tcPr>
            <w:tcW w:w="1588" w:type="dxa"/>
            <w:vAlign w:val="center"/>
          </w:tcPr>
          <w:p w14:paraId="328FA4E0" w14:textId="4004C310" w:rsidR="00FD1210" w:rsidRPr="008A4E26" w:rsidRDefault="00FD1210" w:rsidP="00172924">
            <w:pPr>
              <w:widowControl w:val="0"/>
              <w:spacing w:before="60" w:after="60" w:line="240" w:lineRule="auto"/>
              <w:jc w:val="center"/>
              <w:rPr>
                <w:rFonts w:cs="Times New Roman"/>
                <w:szCs w:val="26"/>
              </w:rPr>
            </w:pPr>
            <w:r w:rsidRPr="008A4E26">
              <w:rPr>
                <w:rFonts w:cs="Times New Roman"/>
                <w:szCs w:val="26"/>
              </w:rPr>
              <w:t>1.009386</w:t>
            </w:r>
          </w:p>
        </w:tc>
        <w:tc>
          <w:tcPr>
            <w:tcW w:w="7767" w:type="dxa"/>
            <w:vAlign w:val="center"/>
          </w:tcPr>
          <w:p w14:paraId="4BB4E836" w14:textId="77777777" w:rsidR="00FD1210" w:rsidRPr="008A4E26" w:rsidRDefault="00FD1210" w:rsidP="00172924">
            <w:pPr>
              <w:spacing w:before="60" w:after="60" w:line="240" w:lineRule="auto"/>
              <w:jc w:val="both"/>
              <w:rPr>
                <w:rFonts w:cs="Times New Roman"/>
                <w:spacing w:val="-2"/>
                <w:szCs w:val="26"/>
              </w:rPr>
            </w:pPr>
            <w:r w:rsidRPr="008A4E26">
              <w:rPr>
                <w:rFonts w:cs="Times New Roman"/>
                <w:spacing w:val="-2"/>
                <w:szCs w:val="26"/>
              </w:rPr>
              <w:t>Văn bản chấp thuận thay đổi nội dung ghi trong giấy phép xuất bản bản tin (địa phương)</w:t>
            </w:r>
          </w:p>
        </w:tc>
      </w:tr>
      <w:tr w:rsidR="00A372E6" w:rsidRPr="008A4E26" w14:paraId="57A5366D" w14:textId="77777777" w:rsidTr="008C22C5">
        <w:trPr>
          <w:trHeight w:val="20"/>
        </w:trPr>
        <w:tc>
          <w:tcPr>
            <w:tcW w:w="851" w:type="dxa"/>
            <w:vAlign w:val="center"/>
          </w:tcPr>
          <w:p w14:paraId="25F48DA0"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2</w:t>
            </w:r>
          </w:p>
        </w:tc>
        <w:tc>
          <w:tcPr>
            <w:tcW w:w="1588" w:type="dxa"/>
            <w:vAlign w:val="center"/>
          </w:tcPr>
          <w:p w14:paraId="31EA0193" w14:textId="64232A18" w:rsidR="00FD1210" w:rsidRPr="008A4E26" w:rsidRDefault="005A325A" w:rsidP="00172924">
            <w:pPr>
              <w:spacing w:before="60" w:after="60" w:line="240" w:lineRule="auto"/>
              <w:jc w:val="center"/>
              <w:rPr>
                <w:rFonts w:cs="Times New Roman"/>
                <w:spacing w:val="-2"/>
                <w:szCs w:val="26"/>
                <w:lang w:val="nl-NL"/>
              </w:rPr>
            </w:pPr>
            <w:r w:rsidRPr="008A4E26">
              <w:rPr>
                <w:rFonts w:cs="Times New Roman"/>
                <w:spacing w:val="-2"/>
                <w:szCs w:val="26"/>
              </w:rPr>
              <w:t>3.000574</w:t>
            </w:r>
          </w:p>
        </w:tc>
        <w:tc>
          <w:tcPr>
            <w:tcW w:w="7767" w:type="dxa"/>
            <w:vAlign w:val="center"/>
          </w:tcPr>
          <w:p w14:paraId="794B450F" w14:textId="2C0E466F" w:rsidR="00FD1210" w:rsidRPr="008A4E26" w:rsidRDefault="00FD1210" w:rsidP="00172924">
            <w:pPr>
              <w:spacing w:before="60" w:after="60" w:line="240" w:lineRule="auto"/>
              <w:jc w:val="both"/>
              <w:rPr>
                <w:rFonts w:cs="Times New Roman"/>
                <w:spacing w:val="-2"/>
                <w:szCs w:val="26"/>
                <w:lang w:val="nl-NL"/>
              </w:rPr>
            </w:pPr>
            <w:r w:rsidRPr="008A4E26">
              <w:rPr>
                <w:rFonts w:cs="Times New Roman"/>
                <w:spacing w:val="-2"/>
                <w:szCs w:val="26"/>
                <w:lang w:val="nl-NL"/>
              </w:rPr>
              <w:t>Thủ tục chấp thuận thay đổi nội dung ghi trong Giấy phép mở chuyên trang của báo chí điện tử (đối với cơ quan báo chí của địa phương)</w:t>
            </w:r>
          </w:p>
        </w:tc>
      </w:tr>
      <w:tr w:rsidR="00A372E6" w:rsidRPr="008A4E26" w14:paraId="6D0009C8" w14:textId="77777777" w:rsidTr="008C22C5">
        <w:trPr>
          <w:trHeight w:val="20"/>
        </w:trPr>
        <w:tc>
          <w:tcPr>
            <w:tcW w:w="851" w:type="dxa"/>
            <w:vAlign w:val="center"/>
          </w:tcPr>
          <w:p w14:paraId="7825D5AD" w14:textId="77777777" w:rsidR="00FD1210" w:rsidRPr="008A4E26" w:rsidRDefault="00FD1210" w:rsidP="00172924">
            <w:pPr>
              <w:widowControl w:val="0"/>
              <w:spacing w:before="60" w:after="60" w:line="240" w:lineRule="auto"/>
              <w:jc w:val="center"/>
              <w:outlineLvl w:val="0"/>
              <w:rPr>
                <w:rFonts w:cs="Times New Roman"/>
                <w:b/>
                <w:spacing w:val="-4"/>
                <w:szCs w:val="26"/>
              </w:rPr>
            </w:pPr>
            <w:r w:rsidRPr="008A4E26">
              <w:rPr>
                <w:rFonts w:cs="Times New Roman"/>
                <w:b/>
                <w:spacing w:val="-4"/>
                <w:szCs w:val="26"/>
              </w:rPr>
              <w:t>II</w:t>
            </w:r>
          </w:p>
        </w:tc>
        <w:tc>
          <w:tcPr>
            <w:tcW w:w="9355" w:type="dxa"/>
            <w:gridSpan w:val="2"/>
            <w:vAlign w:val="center"/>
          </w:tcPr>
          <w:p w14:paraId="5E834522" w14:textId="75EBE721" w:rsidR="00FD1210" w:rsidRPr="008A4E26" w:rsidRDefault="00FD1210" w:rsidP="00172924">
            <w:pPr>
              <w:widowControl w:val="0"/>
              <w:spacing w:before="60" w:after="60" w:line="240" w:lineRule="auto"/>
              <w:jc w:val="both"/>
              <w:rPr>
                <w:rFonts w:cs="Times New Roman"/>
                <w:szCs w:val="26"/>
                <w:lang w:val="vi-VN"/>
              </w:rPr>
            </w:pPr>
            <w:r w:rsidRPr="008A4E26">
              <w:rPr>
                <w:rFonts w:cs="Times New Roman"/>
                <w:b/>
                <w:szCs w:val="26"/>
              </w:rPr>
              <w:t>Lĩnh vực xuất bản, in, phát hành</w:t>
            </w:r>
          </w:p>
        </w:tc>
      </w:tr>
      <w:tr w:rsidR="00A372E6" w:rsidRPr="008A4E26" w14:paraId="59167CF4" w14:textId="77777777" w:rsidTr="008C22C5">
        <w:trPr>
          <w:trHeight w:val="20"/>
        </w:trPr>
        <w:tc>
          <w:tcPr>
            <w:tcW w:w="851" w:type="dxa"/>
            <w:vAlign w:val="center"/>
          </w:tcPr>
          <w:p w14:paraId="35843518"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3</w:t>
            </w:r>
          </w:p>
        </w:tc>
        <w:tc>
          <w:tcPr>
            <w:tcW w:w="1588" w:type="dxa"/>
            <w:vAlign w:val="center"/>
          </w:tcPr>
          <w:p w14:paraId="2BF5A1E0" w14:textId="77777777" w:rsidR="00FD1210" w:rsidRPr="008A4E26" w:rsidRDefault="004270A6" w:rsidP="00172924">
            <w:pPr>
              <w:widowControl w:val="0"/>
              <w:spacing w:before="60" w:after="60" w:line="240" w:lineRule="auto"/>
              <w:jc w:val="center"/>
              <w:rPr>
                <w:rFonts w:cs="Times New Roman"/>
                <w:szCs w:val="26"/>
              </w:rPr>
            </w:pPr>
            <w:r w:rsidRPr="008A4E26">
              <w:rPr>
                <w:rFonts w:cs="Times New Roman"/>
                <w:szCs w:val="26"/>
              </w:rPr>
              <w:t>2.00</w:t>
            </w:r>
            <w:r w:rsidR="00FD1210" w:rsidRPr="008A4E26">
              <w:rPr>
                <w:rFonts w:cs="Times New Roman"/>
                <w:szCs w:val="26"/>
              </w:rPr>
              <w:t>1594</w:t>
            </w:r>
          </w:p>
        </w:tc>
        <w:tc>
          <w:tcPr>
            <w:tcW w:w="7767" w:type="dxa"/>
            <w:vAlign w:val="center"/>
          </w:tcPr>
          <w:p w14:paraId="094FE525" w14:textId="77777777" w:rsidR="00FD1210" w:rsidRPr="008A4E26" w:rsidRDefault="00FD1210" w:rsidP="00172924">
            <w:pPr>
              <w:widowControl w:val="0"/>
              <w:spacing w:before="60" w:after="60" w:line="240" w:lineRule="auto"/>
              <w:jc w:val="both"/>
              <w:rPr>
                <w:rFonts w:cs="Times New Roman"/>
                <w:szCs w:val="26"/>
              </w:rPr>
            </w:pPr>
            <w:r w:rsidRPr="008A4E26">
              <w:rPr>
                <w:rFonts w:cs="Times New Roman"/>
                <w:szCs w:val="26"/>
              </w:rPr>
              <w:t xml:space="preserve">Cấp giấy phép hoạt động in xuất bản phẩm </w:t>
            </w:r>
          </w:p>
        </w:tc>
      </w:tr>
      <w:tr w:rsidR="00A372E6" w:rsidRPr="008A4E26" w14:paraId="5EDF9CC2" w14:textId="77777777" w:rsidTr="008C22C5">
        <w:trPr>
          <w:trHeight w:val="20"/>
        </w:trPr>
        <w:tc>
          <w:tcPr>
            <w:tcW w:w="851" w:type="dxa"/>
            <w:vAlign w:val="center"/>
          </w:tcPr>
          <w:p w14:paraId="4EC4858A"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4</w:t>
            </w:r>
          </w:p>
        </w:tc>
        <w:tc>
          <w:tcPr>
            <w:tcW w:w="1588" w:type="dxa"/>
            <w:vAlign w:val="center"/>
          </w:tcPr>
          <w:p w14:paraId="6443E45C" w14:textId="77777777" w:rsidR="00FD1210" w:rsidRPr="008A4E26" w:rsidRDefault="00FD1210" w:rsidP="00172924">
            <w:pPr>
              <w:widowControl w:val="0"/>
              <w:spacing w:before="60" w:after="60" w:line="240" w:lineRule="auto"/>
              <w:jc w:val="center"/>
              <w:rPr>
                <w:rFonts w:cs="Times New Roman"/>
                <w:szCs w:val="26"/>
              </w:rPr>
            </w:pPr>
            <w:r w:rsidRPr="008A4E26">
              <w:rPr>
                <w:rFonts w:cs="Times New Roman"/>
                <w:szCs w:val="26"/>
              </w:rPr>
              <w:t>2.001584</w:t>
            </w:r>
          </w:p>
        </w:tc>
        <w:tc>
          <w:tcPr>
            <w:tcW w:w="7767" w:type="dxa"/>
            <w:vAlign w:val="center"/>
          </w:tcPr>
          <w:p w14:paraId="1B9C8679" w14:textId="77777777" w:rsidR="00FD1210" w:rsidRPr="008A4E26" w:rsidRDefault="00FD1210" w:rsidP="00172924">
            <w:pPr>
              <w:widowControl w:val="0"/>
              <w:spacing w:before="60" w:after="60" w:line="240" w:lineRule="auto"/>
              <w:jc w:val="both"/>
              <w:rPr>
                <w:rFonts w:cs="Times New Roman"/>
                <w:szCs w:val="26"/>
              </w:rPr>
            </w:pPr>
            <w:r w:rsidRPr="008A4E26">
              <w:rPr>
                <w:rFonts w:cs="Times New Roman"/>
                <w:szCs w:val="26"/>
              </w:rPr>
              <w:t>Cấp lại giấy phép hoạt động in xuất bản phẩm</w:t>
            </w:r>
          </w:p>
        </w:tc>
      </w:tr>
      <w:tr w:rsidR="00A372E6" w:rsidRPr="008A4E26" w14:paraId="506CA00A" w14:textId="77777777" w:rsidTr="008C22C5">
        <w:trPr>
          <w:trHeight w:val="20"/>
        </w:trPr>
        <w:tc>
          <w:tcPr>
            <w:tcW w:w="851" w:type="dxa"/>
            <w:vAlign w:val="center"/>
          </w:tcPr>
          <w:p w14:paraId="438D9F49"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5</w:t>
            </w:r>
          </w:p>
        </w:tc>
        <w:tc>
          <w:tcPr>
            <w:tcW w:w="1588" w:type="dxa"/>
            <w:vAlign w:val="center"/>
          </w:tcPr>
          <w:p w14:paraId="2B248112" w14:textId="77777777" w:rsidR="00FD1210" w:rsidRPr="008A4E26" w:rsidRDefault="00FD1210" w:rsidP="00172924">
            <w:pPr>
              <w:widowControl w:val="0"/>
              <w:spacing w:before="60" w:after="60" w:line="240" w:lineRule="auto"/>
              <w:jc w:val="center"/>
              <w:rPr>
                <w:rFonts w:cs="Times New Roman"/>
                <w:szCs w:val="26"/>
              </w:rPr>
            </w:pPr>
            <w:r w:rsidRPr="008A4E26">
              <w:rPr>
                <w:rFonts w:cs="Times New Roman"/>
                <w:szCs w:val="26"/>
              </w:rPr>
              <w:t>1.003483</w:t>
            </w:r>
          </w:p>
        </w:tc>
        <w:tc>
          <w:tcPr>
            <w:tcW w:w="7767" w:type="dxa"/>
            <w:vAlign w:val="center"/>
          </w:tcPr>
          <w:p w14:paraId="3278694E" w14:textId="77777777" w:rsidR="00FD1210" w:rsidRPr="008A4E26" w:rsidRDefault="00FD1210" w:rsidP="00172924">
            <w:pPr>
              <w:widowControl w:val="0"/>
              <w:spacing w:before="60" w:after="60" w:line="240" w:lineRule="auto"/>
              <w:jc w:val="both"/>
              <w:rPr>
                <w:rFonts w:cs="Times New Roman"/>
                <w:szCs w:val="26"/>
              </w:rPr>
            </w:pPr>
            <w:r w:rsidRPr="008A4E26">
              <w:rPr>
                <w:rFonts w:cs="Times New Roman"/>
                <w:szCs w:val="26"/>
              </w:rPr>
              <w:t>Cấp giấy phép tổ chức triển lãm, hội chợ xuất bản phẩm</w:t>
            </w:r>
          </w:p>
        </w:tc>
      </w:tr>
      <w:tr w:rsidR="00A372E6" w:rsidRPr="008A4E26" w14:paraId="35078699" w14:textId="77777777" w:rsidTr="008C22C5">
        <w:trPr>
          <w:trHeight w:val="20"/>
        </w:trPr>
        <w:tc>
          <w:tcPr>
            <w:tcW w:w="851" w:type="dxa"/>
            <w:vAlign w:val="center"/>
          </w:tcPr>
          <w:p w14:paraId="72447D24" w14:textId="77777777" w:rsidR="00FD1210" w:rsidRPr="008A4E26" w:rsidRDefault="00FD1210" w:rsidP="00172924">
            <w:pPr>
              <w:widowControl w:val="0"/>
              <w:spacing w:before="60" w:after="60" w:line="240" w:lineRule="auto"/>
              <w:jc w:val="center"/>
              <w:outlineLvl w:val="0"/>
              <w:rPr>
                <w:rFonts w:cs="Times New Roman"/>
                <w:b/>
                <w:spacing w:val="-4"/>
                <w:szCs w:val="26"/>
              </w:rPr>
            </w:pPr>
            <w:r w:rsidRPr="008A4E26">
              <w:rPr>
                <w:rFonts w:cs="Times New Roman"/>
                <w:b/>
                <w:spacing w:val="-4"/>
                <w:szCs w:val="26"/>
              </w:rPr>
              <w:t>III</w:t>
            </w:r>
          </w:p>
        </w:tc>
        <w:tc>
          <w:tcPr>
            <w:tcW w:w="9355" w:type="dxa"/>
            <w:gridSpan w:val="2"/>
            <w:vAlign w:val="center"/>
          </w:tcPr>
          <w:p w14:paraId="4881C24B" w14:textId="760EE32F" w:rsidR="00FD1210" w:rsidRPr="008A4E26" w:rsidRDefault="00FD1210" w:rsidP="00172924">
            <w:pPr>
              <w:spacing w:before="60" w:after="60" w:line="240" w:lineRule="auto"/>
              <w:jc w:val="both"/>
              <w:rPr>
                <w:rFonts w:cs="Times New Roman"/>
                <w:b/>
                <w:spacing w:val="-2"/>
                <w:szCs w:val="26"/>
              </w:rPr>
            </w:pPr>
            <w:r w:rsidRPr="008A4E26">
              <w:rPr>
                <w:rFonts w:cs="Times New Roman"/>
                <w:b/>
                <w:spacing w:val="-2"/>
                <w:szCs w:val="26"/>
              </w:rPr>
              <w:t>Lĩnh vực phát thanh</w:t>
            </w:r>
            <w:r w:rsidR="008C22C5" w:rsidRPr="008A4E26">
              <w:rPr>
                <w:rFonts w:cs="Times New Roman"/>
                <w:b/>
                <w:spacing w:val="-2"/>
                <w:szCs w:val="26"/>
              </w:rPr>
              <w:t>,</w:t>
            </w:r>
            <w:r w:rsidRPr="008A4E26">
              <w:rPr>
                <w:rFonts w:cs="Times New Roman"/>
                <w:b/>
                <w:spacing w:val="-2"/>
                <w:szCs w:val="26"/>
              </w:rPr>
              <w:t xml:space="preserve"> truyền hình và thông tin điện tử</w:t>
            </w:r>
          </w:p>
        </w:tc>
      </w:tr>
      <w:tr w:rsidR="00A372E6" w:rsidRPr="008A4E26" w14:paraId="14AEB3F3" w14:textId="77777777" w:rsidTr="008C22C5">
        <w:trPr>
          <w:trHeight w:val="20"/>
        </w:trPr>
        <w:tc>
          <w:tcPr>
            <w:tcW w:w="851" w:type="dxa"/>
            <w:vAlign w:val="center"/>
          </w:tcPr>
          <w:p w14:paraId="7CC35CC4" w14:textId="77777777" w:rsidR="00FD1210" w:rsidRPr="008A4E26" w:rsidRDefault="00FD1210"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6</w:t>
            </w:r>
          </w:p>
        </w:tc>
        <w:tc>
          <w:tcPr>
            <w:tcW w:w="1588" w:type="dxa"/>
            <w:vAlign w:val="center"/>
          </w:tcPr>
          <w:p w14:paraId="6DCACC74" w14:textId="77777777" w:rsidR="00FD1210" w:rsidRPr="008A4E26" w:rsidRDefault="00FD1210" w:rsidP="00172924">
            <w:pPr>
              <w:spacing w:before="60" w:after="60" w:line="240" w:lineRule="auto"/>
              <w:jc w:val="center"/>
              <w:rPr>
                <w:rFonts w:cs="Times New Roman"/>
                <w:spacing w:val="-2"/>
                <w:szCs w:val="26"/>
                <w:lang w:val="nl-NL"/>
              </w:rPr>
            </w:pPr>
            <w:r w:rsidRPr="008A4E26">
              <w:rPr>
                <w:rFonts w:cs="Times New Roman"/>
                <w:spacing w:val="-2"/>
                <w:szCs w:val="26"/>
                <w:lang w:val="nl-NL"/>
              </w:rPr>
              <w:t>1.004104</w:t>
            </w:r>
          </w:p>
        </w:tc>
        <w:tc>
          <w:tcPr>
            <w:tcW w:w="7767" w:type="dxa"/>
            <w:vAlign w:val="center"/>
          </w:tcPr>
          <w:p w14:paraId="181264B8" w14:textId="77777777" w:rsidR="00FD1210" w:rsidRPr="008A4E26" w:rsidRDefault="00FD1210" w:rsidP="00172924">
            <w:pPr>
              <w:spacing w:before="60" w:after="60" w:line="240" w:lineRule="auto"/>
              <w:jc w:val="both"/>
              <w:rPr>
                <w:rFonts w:cs="Times New Roman"/>
                <w:spacing w:val="-2"/>
                <w:szCs w:val="26"/>
                <w:lang w:val="nl-NL"/>
              </w:rPr>
            </w:pPr>
            <w:r w:rsidRPr="008A4E26">
              <w:rPr>
                <w:rFonts w:cs="Times New Roman"/>
                <w:spacing w:val="-2"/>
                <w:szCs w:val="26"/>
                <w:lang w:val="nl-NL"/>
              </w:rPr>
              <w:t>Công bố chất lượng dịch vụ phát thanh, truyền hình</w:t>
            </w:r>
          </w:p>
        </w:tc>
      </w:tr>
      <w:tr w:rsidR="00A372E6" w:rsidRPr="008A4E26" w14:paraId="2AAE6CEC" w14:textId="77777777" w:rsidTr="008C22C5">
        <w:trPr>
          <w:trHeight w:val="20"/>
        </w:trPr>
        <w:tc>
          <w:tcPr>
            <w:tcW w:w="851" w:type="dxa"/>
            <w:vAlign w:val="center"/>
          </w:tcPr>
          <w:p w14:paraId="0D3A213C" w14:textId="77777777" w:rsidR="00F43542" w:rsidRPr="008A4E26" w:rsidRDefault="00D42DEC"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7</w:t>
            </w:r>
          </w:p>
        </w:tc>
        <w:tc>
          <w:tcPr>
            <w:tcW w:w="1588" w:type="dxa"/>
            <w:vAlign w:val="center"/>
          </w:tcPr>
          <w:p w14:paraId="0A19B7DE" w14:textId="77777777" w:rsidR="00F43542" w:rsidRPr="008A4E26" w:rsidRDefault="00F43542" w:rsidP="00172924">
            <w:pPr>
              <w:spacing w:before="60" w:after="60" w:line="240" w:lineRule="auto"/>
              <w:jc w:val="center"/>
              <w:rPr>
                <w:rFonts w:cs="Times New Roman"/>
                <w:spacing w:val="-2"/>
                <w:szCs w:val="26"/>
                <w:lang w:val="nl-NL"/>
              </w:rPr>
            </w:pPr>
            <w:r w:rsidRPr="008A4E26">
              <w:rPr>
                <w:rFonts w:cs="Times New Roman"/>
                <w:spacing w:val="-2"/>
                <w:szCs w:val="26"/>
                <w:lang w:val="nl-NL"/>
              </w:rPr>
              <w:t>2.001765</w:t>
            </w:r>
          </w:p>
        </w:tc>
        <w:tc>
          <w:tcPr>
            <w:tcW w:w="7767" w:type="dxa"/>
            <w:vAlign w:val="center"/>
          </w:tcPr>
          <w:p w14:paraId="17AF748D" w14:textId="77777777"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Cấp Giấy chứng nhận đăng ký thu tín hiệu truyền hình nước ngoài</w:t>
            </w:r>
          </w:p>
          <w:p w14:paraId="411701D7" w14:textId="77777777"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trực tiếp từ vệ tinh</w:t>
            </w:r>
          </w:p>
        </w:tc>
      </w:tr>
      <w:tr w:rsidR="00A372E6" w:rsidRPr="008A4E26" w14:paraId="33C2E086" w14:textId="77777777" w:rsidTr="008C22C5">
        <w:trPr>
          <w:trHeight w:val="20"/>
        </w:trPr>
        <w:tc>
          <w:tcPr>
            <w:tcW w:w="851" w:type="dxa"/>
            <w:vAlign w:val="center"/>
          </w:tcPr>
          <w:p w14:paraId="00956F15" w14:textId="77777777" w:rsidR="00F43542" w:rsidRPr="008A4E26" w:rsidRDefault="00D42DEC"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8</w:t>
            </w:r>
          </w:p>
        </w:tc>
        <w:tc>
          <w:tcPr>
            <w:tcW w:w="1588" w:type="dxa"/>
            <w:vAlign w:val="center"/>
          </w:tcPr>
          <w:p w14:paraId="7FD327D5" w14:textId="77777777" w:rsidR="00F43542" w:rsidRPr="008A4E26" w:rsidRDefault="00F43542" w:rsidP="00172924">
            <w:pPr>
              <w:spacing w:before="60" w:after="60" w:line="240" w:lineRule="auto"/>
              <w:jc w:val="center"/>
              <w:rPr>
                <w:rFonts w:cs="Times New Roman"/>
                <w:spacing w:val="-2"/>
                <w:szCs w:val="26"/>
                <w:lang w:val="nl-NL"/>
              </w:rPr>
            </w:pPr>
            <w:r w:rsidRPr="008A4E26">
              <w:rPr>
                <w:rFonts w:cs="Times New Roman"/>
                <w:spacing w:val="-2"/>
                <w:szCs w:val="26"/>
                <w:lang w:val="nl-NL"/>
              </w:rPr>
              <w:t>1.003384</w:t>
            </w:r>
          </w:p>
        </w:tc>
        <w:tc>
          <w:tcPr>
            <w:tcW w:w="7767" w:type="dxa"/>
            <w:vAlign w:val="center"/>
          </w:tcPr>
          <w:p w14:paraId="62AC00DA" w14:textId="77777777"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Thủ tục sửa đổi, bổ sung Giấy chứng nhận đăng ký thu tín hiệu truyền</w:t>
            </w:r>
          </w:p>
          <w:p w14:paraId="7BA994EA" w14:textId="77777777"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hình nước ngoài trực tiếp từ vệ tinh</w:t>
            </w:r>
          </w:p>
        </w:tc>
      </w:tr>
      <w:tr w:rsidR="00A372E6" w:rsidRPr="008A4E26" w14:paraId="3F99057A" w14:textId="77777777" w:rsidTr="008C22C5">
        <w:trPr>
          <w:trHeight w:val="20"/>
        </w:trPr>
        <w:tc>
          <w:tcPr>
            <w:tcW w:w="851" w:type="dxa"/>
            <w:vAlign w:val="center"/>
          </w:tcPr>
          <w:p w14:paraId="562C56E9" w14:textId="77777777" w:rsidR="00F43542" w:rsidRPr="008A4E26" w:rsidRDefault="00D42DEC"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9</w:t>
            </w:r>
          </w:p>
        </w:tc>
        <w:tc>
          <w:tcPr>
            <w:tcW w:w="1588" w:type="dxa"/>
            <w:vAlign w:val="center"/>
          </w:tcPr>
          <w:p w14:paraId="7E0F0780" w14:textId="77777777" w:rsidR="00F43542" w:rsidRPr="008A4E26" w:rsidRDefault="00F43542" w:rsidP="00172924">
            <w:pPr>
              <w:spacing w:before="60" w:after="60" w:line="240" w:lineRule="auto"/>
              <w:jc w:val="center"/>
              <w:rPr>
                <w:rFonts w:cs="Times New Roman"/>
                <w:spacing w:val="-2"/>
                <w:szCs w:val="26"/>
                <w:lang w:val="nl-NL"/>
              </w:rPr>
            </w:pPr>
            <w:r w:rsidRPr="008A4E26">
              <w:rPr>
                <w:rFonts w:cs="Times New Roman"/>
                <w:spacing w:val="-2"/>
                <w:szCs w:val="26"/>
                <w:lang w:val="nl-NL"/>
              </w:rPr>
              <w:t>1.004321</w:t>
            </w:r>
          </w:p>
        </w:tc>
        <w:tc>
          <w:tcPr>
            <w:tcW w:w="7767" w:type="dxa"/>
            <w:vAlign w:val="center"/>
          </w:tcPr>
          <w:p w14:paraId="0764C2FD" w14:textId="697A824E"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Thủ tục sửa đổi, bổ sung Giấy phép cung cấp dịch vụ phát thanh, truyền hình trả tiền</w:t>
            </w:r>
          </w:p>
        </w:tc>
      </w:tr>
      <w:tr w:rsidR="00A372E6" w:rsidRPr="008A4E26" w14:paraId="78A1ACCC" w14:textId="77777777" w:rsidTr="008C22C5">
        <w:trPr>
          <w:trHeight w:val="20"/>
        </w:trPr>
        <w:tc>
          <w:tcPr>
            <w:tcW w:w="851" w:type="dxa"/>
            <w:vAlign w:val="center"/>
          </w:tcPr>
          <w:p w14:paraId="6C74018B" w14:textId="77777777" w:rsidR="00F43542" w:rsidRPr="008A4E26" w:rsidRDefault="00D42DEC" w:rsidP="00172924">
            <w:pPr>
              <w:widowControl w:val="0"/>
              <w:spacing w:before="60" w:after="60" w:line="240" w:lineRule="auto"/>
              <w:jc w:val="center"/>
              <w:outlineLvl w:val="0"/>
              <w:rPr>
                <w:rFonts w:cs="Times New Roman"/>
                <w:spacing w:val="-4"/>
                <w:szCs w:val="26"/>
              </w:rPr>
            </w:pPr>
            <w:r w:rsidRPr="008A4E26">
              <w:rPr>
                <w:rFonts w:cs="Times New Roman"/>
                <w:spacing w:val="-4"/>
                <w:szCs w:val="26"/>
              </w:rPr>
              <w:t>10</w:t>
            </w:r>
          </w:p>
        </w:tc>
        <w:tc>
          <w:tcPr>
            <w:tcW w:w="1588" w:type="dxa"/>
            <w:vAlign w:val="center"/>
          </w:tcPr>
          <w:p w14:paraId="396C24BD" w14:textId="77777777" w:rsidR="00F43542" w:rsidRPr="008A4E26" w:rsidRDefault="00F43542" w:rsidP="00172924">
            <w:pPr>
              <w:spacing w:before="60" w:after="60" w:line="240" w:lineRule="auto"/>
              <w:jc w:val="center"/>
              <w:rPr>
                <w:rFonts w:cs="Times New Roman"/>
                <w:spacing w:val="-2"/>
                <w:szCs w:val="26"/>
                <w:lang w:val="nl-NL"/>
              </w:rPr>
            </w:pPr>
            <w:r w:rsidRPr="008A4E26">
              <w:rPr>
                <w:rFonts w:cs="Times New Roman"/>
                <w:spacing w:val="-2"/>
                <w:szCs w:val="26"/>
                <w:lang w:val="nl-NL"/>
              </w:rPr>
              <w:t>1.004233</w:t>
            </w:r>
          </w:p>
        </w:tc>
        <w:tc>
          <w:tcPr>
            <w:tcW w:w="7767" w:type="dxa"/>
            <w:vAlign w:val="center"/>
          </w:tcPr>
          <w:p w14:paraId="5A75EA12" w14:textId="3311EB74" w:rsidR="00F43542" w:rsidRPr="008A4E26" w:rsidRDefault="00F43542" w:rsidP="00172924">
            <w:pPr>
              <w:spacing w:before="60" w:after="60" w:line="240" w:lineRule="auto"/>
              <w:jc w:val="both"/>
              <w:rPr>
                <w:rFonts w:cs="Times New Roman"/>
                <w:spacing w:val="-2"/>
                <w:szCs w:val="26"/>
                <w:lang w:val="nl-NL"/>
              </w:rPr>
            </w:pPr>
            <w:r w:rsidRPr="008A4E26">
              <w:rPr>
                <w:rFonts w:cs="Times New Roman"/>
                <w:spacing w:val="-2"/>
                <w:szCs w:val="26"/>
                <w:lang w:val="nl-NL"/>
              </w:rPr>
              <w:t>Thủ tục gia hạn Giấy phép cung cấp dịch vụ phát thanh, truyền hình trả tiền</w:t>
            </w:r>
          </w:p>
        </w:tc>
      </w:tr>
    </w:tbl>
    <w:p w14:paraId="6D6EFC67" w14:textId="77777777" w:rsidR="00FD1210" w:rsidRPr="008A4E26" w:rsidRDefault="00FD1210" w:rsidP="00FD1210">
      <w:pPr>
        <w:rPr>
          <w:rFonts w:cs="Times New Roman"/>
          <w:lang w:val="nl-NL"/>
        </w:rPr>
      </w:pPr>
    </w:p>
    <w:p w14:paraId="55D5E3A4" w14:textId="77777777" w:rsidR="0045231D" w:rsidRPr="008A4E26" w:rsidRDefault="0045231D" w:rsidP="00FD1210">
      <w:pPr>
        <w:rPr>
          <w:rFonts w:cs="Times New Roman"/>
          <w:lang w:val="nl-NL"/>
        </w:rPr>
      </w:pPr>
    </w:p>
    <w:sectPr w:rsidR="0045231D" w:rsidRPr="008A4E26" w:rsidSect="00660DF9">
      <w:headerReference w:type="default" r:id="rId8"/>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0AF1" w14:textId="77777777" w:rsidR="005706AE" w:rsidRDefault="005706AE" w:rsidP="00FD1210">
      <w:pPr>
        <w:spacing w:line="240" w:lineRule="auto"/>
      </w:pPr>
      <w:r>
        <w:separator/>
      </w:r>
    </w:p>
  </w:endnote>
  <w:endnote w:type="continuationSeparator" w:id="0">
    <w:p w14:paraId="00E2664C" w14:textId="77777777" w:rsidR="005706AE" w:rsidRDefault="005706AE" w:rsidP="00FD1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200B5" w14:textId="77777777" w:rsidR="005706AE" w:rsidRDefault="005706AE" w:rsidP="00FD1210">
      <w:pPr>
        <w:spacing w:line="240" w:lineRule="auto"/>
      </w:pPr>
      <w:r>
        <w:separator/>
      </w:r>
    </w:p>
  </w:footnote>
  <w:footnote w:type="continuationSeparator" w:id="0">
    <w:p w14:paraId="0C2B123D" w14:textId="77777777" w:rsidR="005706AE" w:rsidRDefault="005706AE" w:rsidP="00FD12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D153" w14:textId="6947B5EF" w:rsidR="00660DF9" w:rsidRDefault="00660DF9">
    <w:pPr>
      <w:pStyle w:val="Header"/>
      <w:jc w:val="center"/>
    </w:pPr>
  </w:p>
  <w:p w14:paraId="24A397A5" w14:textId="77777777" w:rsidR="00660DF9" w:rsidRDefault="00660DF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B32FD"/>
    <w:multiLevelType w:val="multilevel"/>
    <w:tmpl w:val="BA18D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960B85"/>
    <w:multiLevelType w:val="multilevel"/>
    <w:tmpl w:val="5580A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2746"/>
    <w:rsid w:val="00034616"/>
    <w:rsid w:val="00041E30"/>
    <w:rsid w:val="00050DD1"/>
    <w:rsid w:val="000521D3"/>
    <w:rsid w:val="0006063C"/>
    <w:rsid w:val="0006597D"/>
    <w:rsid w:val="00095385"/>
    <w:rsid w:val="000964F1"/>
    <w:rsid w:val="000A4C87"/>
    <w:rsid w:val="000D058D"/>
    <w:rsid w:val="000F25C5"/>
    <w:rsid w:val="001055B2"/>
    <w:rsid w:val="00120947"/>
    <w:rsid w:val="00145574"/>
    <w:rsid w:val="00146AE6"/>
    <w:rsid w:val="0015074B"/>
    <w:rsid w:val="00156163"/>
    <w:rsid w:val="00160013"/>
    <w:rsid w:val="00171CCB"/>
    <w:rsid w:val="00172924"/>
    <w:rsid w:val="00176034"/>
    <w:rsid w:val="001B3A06"/>
    <w:rsid w:val="001C5177"/>
    <w:rsid w:val="001E3F77"/>
    <w:rsid w:val="0029639D"/>
    <w:rsid w:val="00296DF4"/>
    <w:rsid w:val="002D2F67"/>
    <w:rsid w:val="002F0ACB"/>
    <w:rsid w:val="002F4070"/>
    <w:rsid w:val="0031482D"/>
    <w:rsid w:val="00326F90"/>
    <w:rsid w:val="00354326"/>
    <w:rsid w:val="00360C71"/>
    <w:rsid w:val="003B268D"/>
    <w:rsid w:val="003B3611"/>
    <w:rsid w:val="003B67B6"/>
    <w:rsid w:val="003C1D6F"/>
    <w:rsid w:val="0040450D"/>
    <w:rsid w:val="004270A6"/>
    <w:rsid w:val="0045231D"/>
    <w:rsid w:val="00464B91"/>
    <w:rsid w:val="004737D6"/>
    <w:rsid w:val="004744F3"/>
    <w:rsid w:val="00487F41"/>
    <w:rsid w:val="004A1C98"/>
    <w:rsid w:val="004A35A9"/>
    <w:rsid w:val="005318F6"/>
    <w:rsid w:val="0054088C"/>
    <w:rsid w:val="005706AE"/>
    <w:rsid w:val="005954D7"/>
    <w:rsid w:val="00597C10"/>
    <w:rsid w:val="005A00CC"/>
    <w:rsid w:val="005A325A"/>
    <w:rsid w:val="005C2B59"/>
    <w:rsid w:val="005C4AA2"/>
    <w:rsid w:val="005C534A"/>
    <w:rsid w:val="005F575B"/>
    <w:rsid w:val="00627C0F"/>
    <w:rsid w:val="00660DF9"/>
    <w:rsid w:val="00680A6C"/>
    <w:rsid w:val="006A5181"/>
    <w:rsid w:val="006F2E62"/>
    <w:rsid w:val="006F68DB"/>
    <w:rsid w:val="00722299"/>
    <w:rsid w:val="00722EC3"/>
    <w:rsid w:val="00747046"/>
    <w:rsid w:val="0075008F"/>
    <w:rsid w:val="007605FA"/>
    <w:rsid w:val="00792ED4"/>
    <w:rsid w:val="007A446D"/>
    <w:rsid w:val="007C5EA2"/>
    <w:rsid w:val="007D31B5"/>
    <w:rsid w:val="007D6782"/>
    <w:rsid w:val="008178EF"/>
    <w:rsid w:val="00855DFA"/>
    <w:rsid w:val="00871A36"/>
    <w:rsid w:val="008A4E26"/>
    <w:rsid w:val="008B4F7D"/>
    <w:rsid w:val="008C22C5"/>
    <w:rsid w:val="008D67BB"/>
    <w:rsid w:val="008D7922"/>
    <w:rsid w:val="008E7C0A"/>
    <w:rsid w:val="009148CE"/>
    <w:rsid w:val="00915B06"/>
    <w:rsid w:val="00964B10"/>
    <w:rsid w:val="0097100C"/>
    <w:rsid w:val="009A2603"/>
    <w:rsid w:val="009A41B8"/>
    <w:rsid w:val="009E719B"/>
    <w:rsid w:val="00A059F9"/>
    <w:rsid w:val="00A372E6"/>
    <w:rsid w:val="00A4033A"/>
    <w:rsid w:val="00A61917"/>
    <w:rsid w:val="00A63598"/>
    <w:rsid w:val="00A7286A"/>
    <w:rsid w:val="00A855BB"/>
    <w:rsid w:val="00A87D97"/>
    <w:rsid w:val="00AA1D8D"/>
    <w:rsid w:val="00AD6C15"/>
    <w:rsid w:val="00AD7F8B"/>
    <w:rsid w:val="00AE7AC5"/>
    <w:rsid w:val="00B25755"/>
    <w:rsid w:val="00B47730"/>
    <w:rsid w:val="00B50E8A"/>
    <w:rsid w:val="00B53687"/>
    <w:rsid w:val="00B5485D"/>
    <w:rsid w:val="00B86BAD"/>
    <w:rsid w:val="00BF7ACF"/>
    <w:rsid w:val="00C04B01"/>
    <w:rsid w:val="00C17F05"/>
    <w:rsid w:val="00C33F12"/>
    <w:rsid w:val="00C63F85"/>
    <w:rsid w:val="00CB0664"/>
    <w:rsid w:val="00CB5BE0"/>
    <w:rsid w:val="00CD5481"/>
    <w:rsid w:val="00CE3A1F"/>
    <w:rsid w:val="00D01998"/>
    <w:rsid w:val="00D02D57"/>
    <w:rsid w:val="00D42DEC"/>
    <w:rsid w:val="00D706BC"/>
    <w:rsid w:val="00DD096A"/>
    <w:rsid w:val="00E23A67"/>
    <w:rsid w:val="00E469A3"/>
    <w:rsid w:val="00E80208"/>
    <w:rsid w:val="00E87D27"/>
    <w:rsid w:val="00E90269"/>
    <w:rsid w:val="00EA1A84"/>
    <w:rsid w:val="00EA4BBF"/>
    <w:rsid w:val="00EB7E55"/>
    <w:rsid w:val="00EF14C4"/>
    <w:rsid w:val="00F30ECE"/>
    <w:rsid w:val="00F43542"/>
    <w:rsid w:val="00F74525"/>
    <w:rsid w:val="00FA06F2"/>
    <w:rsid w:val="00FB34C2"/>
    <w:rsid w:val="00FC693F"/>
    <w:rsid w:val="00FD1210"/>
    <w:rsid w:val="00FE205E"/>
    <w:rsid w:val="00FE3DC1"/>
    <w:rsid w:val="00FE6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F7461"/>
  <w14:defaultImageDpi w14:val="300"/>
  <w15:docId w15:val="{2AC2CC00-EBDE-4CF4-9185-FA0D68BD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FD1210"/>
    <w:pPr>
      <w:spacing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FD1210"/>
    <w:rPr>
      <w:rFonts w:ascii="Times New Roman" w:eastAsia="Calibri" w:hAnsi="Times New Roman" w:cs="Times New Roman"/>
      <w:sz w:val="20"/>
      <w:szCs w:val="20"/>
    </w:rPr>
  </w:style>
  <w:style w:type="character" w:styleId="FootnoteReference">
    <w:name w:val="footnote reference"/>
    <w:uiPriority w:val="99"/>
    <w:semiHidden/>
    <w:unhideWhenUsed/>
    <w:rsid w:val="00FD1210"/>
    <w:rPr>
      <w:vertAlign w:val="superscript"/>
    </w:rPr>
  </w:style>
  <w:style w:type="paragraph" w:customStyle="1" w:styleId="isselectedend">
    <w:name w:val="isselectedend"/>
    <w:basedOn w:val="Normal"/>
    <w:rsid w:val="009148CE"/>
    <w:pPr>
      <w:spacing w:before="100" w:beforeAutospacing="1" w:after="100" w:afterAutospacing="1" w:line="240" w:lineRule="auto"/>
    </w:pPr>
    <w:rPr>
      <w:rFonts w:cs="Times New Roman"/>
      <w:sz w:val="24"/>
      <w:szCs w:val="24"/>
    </w:rPr>
  </w:style>
  <w:style w:type="paragraph" w:customStyle="1" w:styleId="pdq2pgselectionanchorcontainer">
    <w:name w:val="pdq2pg_selectionanchorcontainer"/>
    <w:basedOn w:val="Normal"/>
    <w:rsid w:val="00964B10"/>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964B10"/>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B2575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75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38154">
      <w:bodyDiv w:val="1"/>
      <w:marLeft w:val="0"/>
      <w:marRight w:val="0"/>
      <w:marTop w:val="0"/>
      <w:marBottom w:val="0"/>
      <w:divBdr>
        <w:top w:val="none" w:sz="0" w:space="0" w:color="auto"/>
        <w:left w:val="none" w:sz="0" w:space="0" w:color="auto"/>
        <w:bottom w:val="none" w:sz="0" w:space="0" w:color="auto"/>
        <w:right w:val="none" w:sz="0" w:space="0" w:color="auto"/>
      </w:divBdr>
    </w:div>
    <w:div w:id="444467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017C4-3CF7-49C6-B4CF-9944500F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cp:lastPrinted>2026-08-04T01:24:00Z</cp:lastPrinted>
  <dcterms:created xsi:type="dcterms:W3CDTF">2026-08-19T08:19:00Z</dcterms:created>
  <dcterms:modified xsi:type="dcterms:W3CDTF">2026-08-19T08:19:00Z</dcterms:modified>
  <cp:category/>
</cp:coreProperties>
</file>